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🤖 החיים בעידן הבינה המלאכותית – מהדורה למורה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ג׳–י״ב, עולים וחנ״מ • קריאה והבנה</w:t>
      </w:r>
    </w:p>
    <w:p>
      <w:pPr>
        <w:bidi/>
        <w:spacing w:after="60"/>
        <w:jc w:val="right"/>
      </w:pPr>
      <w:r>
        <w:rPr>
          <w:b w:val="0"/>
          <w:rtl/>
        </w:rPr>
        <w:t>סוגת הטקסט: ראיון דמיוני · נושא: מקצועות העתיד, יצירתיות ושימוש חכם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🎯 מטרות</w:t>
      </w:r>
    </w:p>
    <w:p>
      <w:pPr>
        <w:bidi/>
        <w:spacing w:after="60"/>
        <w:jc w:val="right"/>
      </w:pPr>
      <w:r>
        <w:rPr>
          <w:b w:val="0"/>
          <w:rtl/>
        </w:rPr>
        <w:t>• לאתר מידע בראיון ולהבחין בין שאלה לתשובה</w:t>
      </w:r>
    </w:p>
    <w:p>
      <w:pPr>
        <w:bidi/>
        <w:spacing w:after="60"/>
        <w:jc w:val="right"/>
      </w:pPr>
      <w:r>
        <w:rPr>
          <w:b w:val="0"/>
          <w:rtl/>
        </w:rPr>
        <w:t>• להסיק מסקנות על יחסי אדם–מכונה</w:t>
      </w:r>
    </w:p>
    <w:p>
      <w:pPr>
        <w:bidi/>
        <w:spacing w:after="60"/>
        <w:jc w:val="right"/>
      </w:pPr>
      <w:r>
        <w:rPr>
          <w:b w:val="0"/>
          <w:rtl/>
        </w:rPr>
        <w:t>• לנסח כללי שימוש חכם ובטוח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⏱️ מהלך שיעור – 45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5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פתיחה: "מה מכונה לעולם לא תוכל לעשות במקומכם?"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10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קריאה ראשונה בקול + קריאה שנייה עם עיפרון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8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חלק א׳ – 🏊 שחייה (בזוגות)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10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חלק ב׳ – 🤿 צלילה: סימון, מיון, שפה ומבנה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8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חלק ג׳ – 🐠 מעמקים: משימת תיבה + מעגל שיח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4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🎟️ כרטיס יציאה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0"/>
          <w:rtl/>
          <w:szCs w:val="20"/>
        </w:rPr>
        <w:t>⚡ גרסת 10 דקות: קריאה ← 2 שאלות שחייה ← סימון אחד ← שורה בכרטיס היציאה.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🔑 תשובות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🎒 חט״ב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שחייה: 1. מעצבת משחקים · 2. משימות שחוזרות על עצמן · 3. לבדוק כל עובדה ◆ סימון: "היצירה האנושית מתחילה בחוויה" ◆ מיון: 📉 משימה שהמכונה לוקחת: מיון מסמכים, הקלדת נתונים | 🌱 מקצוע חדש: בדיקת טעויות של מכונה, החלטה מה מוסרי, לימוד המכונה ◆ אוצר מילים: מה נכון וראוי לעשות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🎓 חט״ע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שחייה: 1. ראיון – שאלות ותשובות בגוף ראשון · 2. לבסס את הטענה בעזרת דוגמאות היסטוריות · 3. ניגוד ותיקון ◆ סימון: "היצירה האנושית מתחילה בחוויה" ◆ מיון: ☀️ אופטימיות: נולדים מקצועות חדשים, הטכנולוגיה הביאה שגשוג | ⚠️ זהירות: מכונה יכולה להמציא בביטחון, הקצב מהיר מאי־פעם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🧸 יסודי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שחייה: 1. לענות מהר על שאלות · 2. עומר ◆ סימון: "המחשב עוזר" ◆ מיון: 💻 מחשב: לחשב מהר, לענות על שאלה | 🧒 אני: לדמיין חתול עם כנפיים, להרגיש שמח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🟢 עולים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שחייה: 1. עוֹנֶה עַל שְׁאֵלוֹת · 2. לִבְדֹּק ◆ סימון: "באים מאתנו" ◆ מילון: חָכָם=smart · עוֹנָה=answers · טוֹעֶה=makes a mistake · לִבְדֹּק=to check · רַעֲיוֹן=idea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🧩 חנ״מ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תמונות: מחשב · שלי ◆ מיון: ✅ בטוח: ❓ לשאול שאלה על חיות, 🎨 לבקש ציור | ⛔ לא בטוח: 🏠 לכתוב את הכתובת שלי, 🔑 לכתוב סיסמה</w:t>
            </w:r>
          </w:p>
        </w:tc>
      </w:tr>
    </w:tbl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🗣️ מעגל שיח</w:t>
      </w:r>
    </w:p>
    <w:p>
      <w:pPr>
        <w:bidi/>
        <w:spacing w:after="60"/>
        <w:jc w:val="right"/>
      </w:pPr>
      <w:r>
        <w:rPr>
          <w:b w:val="0"/>
          <w:rtl/>
        </w:rPr>
        <w:t>1. מה מכונה לעולם לא תוכל לעשות במקומכם?</w:t>
      </w:r>
    </w:p>
    <w:p>
      <w:pPr>
        <w:bidi/>
        <w:spacing w:after="60"/>
        <w:jc w:val="right"/>
      </w:pPr>
      <w:r>
        <w:rPr>
          <w:b w:val="0"/>
          <w:rtl/>
        </w:rPr>
        <w:t>2. האם עבודה שנכתבה בעזרת מכונה היא עדיין 'שלי'? מתי כן ומתי לא?</w:t>
      </w:r>
    </w:p>
    <w:p>
      <w:pPr>
        <w:bidi/>
        <w:spacing w:after="60"/>
        <w:jc w:val="right"/>
      </w:pPr>
      <w:r>
        <w:rPr>
          <w:b w:val="0"/>
          <w:rtl/>
        </w:rPr>
        <w:t>3. איזה מקצוע עתידי הייתם ממציאים?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🎬 מתווה מצגת (איורים בסגנון תלת־ממדי חמוד)</w:t>
      </w:r>
    </w:p>
    <w:p>
      <w:pPr>
        <w:bidi/>
        <w:spacing w:after="60"/>
        <w:jc w:val="right"/>
      </w:pPr>
      <w:r>
        <w:rPr>
          <w:b w:val="0"/>
          <w:rtl/>
        </w:rPr>
        <w:t>1. שקופית פתיחה: רובוט תלת־ממדי חמוד ונערה מציירים יחד</w:t>
      </w:r>
    </w:p>
    <w:p>
      <w:pPr>
        <w:bidi/>
        <w:spacing w:after="60"/>
        <w:jc w:val="right"/>
      </w:pPr>
      <w:r>
        <w:rPr>
          <w:b w:val="0"/>
          <w:rtl/>
        </w:rPr>
        <w:t>2. מה מכונה עושה טוב ומה רק אדם יכול</w:t>
      </w:r>
    </w:p>
    <w:p>
      <w:pPr>
        <w:bidi/>
        <w:spacing w:after="60"/>
        <w:jc w:val="right"/>
      </w:pPr>
      <w:r>
        <w:rPr>
          <w:b w:val="0"/>
          <w:rtl/>
        </w:rPr>
        <w:t>3. מקצועות שנעלמו ומקצועות שנולדו</w:t>
      </w:r>
    </w:p>
    <w:p>
      <w:pPr>
        <w:bidi/>
        <w:spacing w:after="60"/>
        <w:jc w:val="right"/>
      </w:pPr>
      <w:r>
        <w:rPr>
          <w:b w:val="0"/>
          <w:rtl/>
        </w:rPr>
        <w:t>4. 4 כללי זהב לשימוש חכם</w:t>
      </w:r>
    </w:p>
    <w:p>
      <w:pPr>
        <w:bidi/>
        <w:spacing w:after="60"/>
        <w:jc w:val="right"/>
      </w:pPr>
      <w:r>
        <w:rPr>
          <w:b w:val="0"/>
          <w:rtl/>
        </w:rPr>
        <w:t>5. כרטיס יציאה: המקצוע שלי בעתיד</w:t>
      </w:r>
    </w:p>
    <w:p>
      <w:pPr>
        <w:bidi/>
        <w:spacing w:after="60"/>
        <w:jc w:val="right"/>
      </w:pPr>
      <w:r>
        <w:rPr>
          <w:b w:val="0"/>
          <w:color w:val="E65100"/>
          <w:sz w:val="20"/>
          <w:rtl/>
          <w:szCs w:val="20"/>
        </w:rPr>
        <w:t>🛟 מרחב בטוח: תמיכה ולמידה – לא טיפול. מותר לא לשתף. כל דאגה – פונים ליועצת. מודלים: גש״ר מאח״ד · עש״ן ד״ק · מעש״ה.</w:t>
      </w:r>
    </w:p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🤖 החיים בעידן הבינה המלאכותית – 🎒 חט״ב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ז׳–ט׳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"המכונה לא תחליף אותך – אבל אולי מישהו שמשתמש בה כן"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ראיון דמיוני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לרגל שבוע הטכנולוגיה ראיינו את גלית, מעצבת משחקים שעובדת עם כלי בינה מלאכותית כבר חמש שנים.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שאלה: האם בינה מלאכותית תיקח לנו את העבודות?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גלית: חלק מהמשימות – כן. משימות שחוזרות על עצמן, כמו מיון מסמכים, כבר נעשות על ידי מכונות. אבל נולדים גם מקצועות חדשים: מי שבודק שהמכונה לא טועה, מי שמלמד אותה, מי שמחליט מה מוסרי.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שאלה: והיצירתיות? מכונה כבר כותבת שירים.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גלית: מכונה יודעת לערבב את מה שכבר קיים. היא לא יודעת מה הרגשתי כשסבתא שלי שרה לי בלילה. היצירה האנושית מתחילה בחוויה – והחוויה שייכת רק לנו.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שאלה: מה הטיפ שלך לבני נוער?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גלית: ארבעה כללים. אחד – בדקו כל עובדה, כי מכונה יכולה להמציא בביטחון מלא. שתיים – אל תמסרו פרטים אישיים. שלוש – השתמשו בה כדי ללמוד, לא כדי לדלג על הלמידה. וארבע – תמיד תוסיפו משהו משלכם.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rtl/>
          <w:bCs/>
        </w:rPr>
        <w:t>1. מה המקצוע של גלית?</w:t>
      </w:r>
    </w:p>
    <w:p>
      <w:pPr>
        <w:bidi/>
        <w:spacing w:after="60"/>
        <w:jc w:val="right"/>
      </w:pPr>
      <w:r>
        <w:rPr>
          <w:b w:val="0"/>
          <w:rtl/>
        </w:rPr>
        <w:t>○ רופאה    ○ מעצבת משחקים    ○ מורה</w:t>
      </w:r>
    </w:p>
    <w:p>
      <w:pPr>
        <w:bidi/>
        <w:spacing w:after="60"/>
        <w:jc w:val="right"/>
      </w:pPr>
      <w:r>
        <w:rPr>
          <w:b/>
          <w:rtl/>
          <w:bCs/>
        </w:rPr>
        <w:t>2. לפי גלית, אילו משימות כבר עושות מכונות?</w:t>
      </w:r>
    </w:p>
    <w:p>
      <w:pPr>
        <w:bidi/>
        <w:spacing w:after="60"/>
        <w:jc w:val="right"/>
      </w:pPr>
      <w:r>
        <w:rPr>
          <w:b w:val="0"/>
          <w:rtl/>
        </w:rPr>
        <w:t>○ משימות שחוזרות על עצמן    ○ כתיבת זיכרונות אישיים    ○ החלטות מוסריות</w:t>
      </w:r>
    </w:p>
    <w:p>
      <w:pPr>
        <w:bidi/>
        <w:spacing w:after="60"/>
        <w:jc w:val="right"/>
      </w:pPr>
      <w:r>
        <w:rPr>
          <w:b/>
          <w:rtl/>
          <w:bCs/>
        </w:rPr>
        <w:t>3. מה הכלל הראשון של גלית?</w:t>
      </w:r>
    </w:p>
    <w:p>
      <w:pPr>
        <w:bidi/>
        <w:spacing w:after="60"/>
        <w:jc w:val="right"/>
      </w:pPr>
      <w:r>
        <w:rPr>
          <w:b w:val="0"/>
          <w:rtl/>
        </w:rPr>
        <w:t>○ לא להשתמש בכלל    ○ לבדוק כל עובדה    ○ לשתף פרטים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🖍️ סמנו בטקסט בצבע את המשפט שמסביר למה יצירה אנושית מיוחדת, והעתיקו אותו: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/>
          <w:rtl/>
          <w:bCs/>
        </w:rPr>
        <w:t>2. 🗂️ מקצוע שנעלם או מקצוע שנולד?</w:t>
      </w:r>
    </w:p>
    <w:p>
      <w:pPr>
        <w:bidi/>
        <w:spacing w:after="60"/>
        <w:jc w:val="right"/>
      </w:pPr>
      <w:r>
        <w:rPr>
          <w:b w:val="0"/>
          <w:rtl/>
        </w:rPr>
        <w:t>כרטיסים: מיון מסמכים · בדיקת טעויות של מכונה · הקלדת נתונים · החלטה מה מוסרי · לימוד המכונה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📉 משימה שהמכונה לוקחת</w:t>
            </w:r>
          </w:p>
        </w:tc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🌱 מקצוע חדש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</w:tr>
    </w:tbl>
    <w:p>
      <w:pPr>
        <w:bidi/>
        <w:spacing w:after="60"/>
        <w:jc w:val="right"/>
      </w:pPr>
      <w:r>
        <w:rPr>
          <w:b/>
          <w:rtl/>
          <w:bCs/>
        </w:rPr>
        <w:t>3. המילה "מוסרי" קשורה ל...</w:t>
      </w:r>
    </w:p>
    <w:p>
      <w:pPr>
        <w:bidi/>
        <w:spacing w:after="60"/>
        <w:jc w:val="right"/>
      </w:pPr>
      <w:r>
        <w:rPr>
          <w:b w:val="0"/>
          <w:rtl/>
        </w:rPr>
        <w:t>○ מה נכון וראוי לעשות    ○ מוזיקה    ○ מסירת חבילות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📦 משימת תיבה: הוסיפו כלל חמישי משלכם לשימוש חכם ובטוח בבינה מלאכותית, והסבירו למה הוא חשוב.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🗣️ לשיחה בזוגות: מה מכונה לעולם לא תוכל לעשות במקומכם?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החיים בעידן הבינה המלאכותית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כלל אחד לשימוש חכם שאני לוקח/ת איתי: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משהו שרק אני יכול/ה ליצור: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שאלה שעוד מסקרנת אותי: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🤖 החיים בעידן הבינה המלאכותית – 🎓 חט״ע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י׳–י״ב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"המכונה לא תחליף אותך – אבל אולי מישהו שמשתמש בה כן"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ראיון דמיוני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[1] לרגל שבוע הטכנולוגיה ראיינו את גלית, מעצבת משחקים שעובדת עם כלי בינה מלאכותית כבר חמש שנים.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[2] שאלה: האם בינה מלאכותית תיקח לנו את העבודות?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גלית: חלק מהמשימות – כן. משימות שחוזרות על עצמן, כמו מיון מסמכים, כבר נעשות על ידי מכונות. אבל נולדים גם מקצועות חדשים: מי שבודק שהמכונה לא טועה, מי שמלמד אותה, מי שמחליט מה מוסרי.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[3] שאלה: והיצירתיות? מכונה כבר כותבת שירים.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גלית: מכונה יודעת לערבב את מה שכבר קיים. היא לא יודעת מה הרגשתי כשסבתא שלי שרה לי בלילה. היצירה האנושית מתחילה בחוויה – והחוויה שייכת רק לנו.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[4] שאלה: מה הטיפ שלך לבני נוער?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גלית: ארבעה כללים. אחד – בדקו כל עובדה, כי מכונה יכולה להמציא בביטחון מלא. שתיים – אל תמסרו פרטים אישיים. שלוש – השתמשו בה כדי ללמוד, לא כדי לדלג על הלמידה. וארבע – תמיד תוסיפו משהו משלכם.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[5] בסוף הראיון שאלנו את גלית אם היא אופטימית. "אני זהירה", השיבה. "כל טכנולוגיה גדולה – הדפוס, החשמל, האינטרנט – עוררה פחד וגם הביאה שגשוג. ההבדל הוא שהפעם הקצב מהיר מאי־פעם. לכן השאלה איננה אם המכונה חכמה, אלא אם אנחנו מספיק חכמים כדי להציב לה גבולות."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rtl/>
          <w:bCs/>
        </w:rPr>
        <w:t>1. מהי הסוגה של הטקסט, ומה מאפיין אותה?</w:t>
      </w:r>
    </w:p>
    <w:p>
      <w:pPr>
        <w:bidi/>
        <w:spacing w:after="60"/>
        <w:jc w:val="right"/>
      </w:pPr>
      <w:r>
        <w:rPr>
          <w:b w:val="0"/>
          <w:rtl/>
        </w:rPr>
        <w:t>○ סיפור – עלילה ודמויות    ○ ראיון – שאלות ותשובות בגוף ראשון    ○ שיר – חרוזים</w:t>
      </w:r>
    </w:p>
    <w:p>
      <w:pPr>
        <w:bidi/>
        <w:spacing w:after="60"/>
        <w:jc w:val="right"/>
      </w:pPr>
      <w:r>
        <w:rPr>
          <w:b/>
          <w:rtl/>
          <w:bCs/>
        </w:rPr>
        <w:t>2. מה תפקיד ההשוואה לדפוס ולחשמל בפסקה האחרונה?</w:t>
      </w:r>
    </w:p>
    <w:p>
      <w:pPr>
        <w:bidi/>
        <w:spacing w:after="60"/>
        <w:jc w:val="right"/>
      </w:pPr>
      <w:r>
        <w:rPr>
          <w:b w:val="0"/>
          <w:rtl/>
        </w:rPr>
        <w:t>○ להראות שהטכנולוגיה מסוכנת    ○ לבסס את הטענה בעזרת דוגמאות היסטוריות    ○ לשנות נושא</w:t>
      </w:r>
    </w:p>
    <w:p>
      <w:pPr>
        <w:bidi/>
        <w:spacing w:after="60"/>
        <w:jc w:val="right"/>
      </w:pPr>
      <w:r>
        <w:rPr>
          <w:b/>
          <w:rtl/>
          <w:bCs/>
        </w:rPr>
        <w:t>3. "השאלה איננה אם המכונה חכמה, אלא..." – זהו מבנה של:</w:t>
      </w:r>
    </w:p>
    <w:p>
      <w:pPr>
        <w:bidi/>
        <w:spacing w:after="60"/>
        <w:jc w:val="right"/>
      </w:pPr>
      <w:r>
        <w:rPr>
          <w:b w:val="0"/>
          <w:rtl/>
        </w:rPr>
        <w:t>○ ניגוד ותיקון    ○ רשימה    ○ סיבה ותוצאה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🖍️ סמנו בטקסט בצבע את המשפט שמסביר למה יצירה אנושית מיוחדת, והעתיקו אותו: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/>
          <w:rtl/>
          <w:bCs/>
        </w:rPr>
        <w:t>2. 🗂️ אופטימיות או זהירות?</w:t>
      </w:r>
    </w:p>
    <w:p>
      <w:pPr>
        <w:bidi/>
        <w:spacing w:after="60"/>
        <w:jc w:val="right"/>
      </w:pPr>
      <w:r>
        <w:rPr>
          <w:b w:val="0"/>
          <w:rtl/>
        </w:rPr>
        <w:t>כרטיסים: נולדים מקצועות חדשים · מכונה יכולה להמציא בביטחון · הטכנולוגיה הביאה שגשוג · הקצב מהיר מאי־פעם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☀️ אופטימיות</w:t>
            </w:r>
          </w:p>
        </w:tc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⚠️ זהירות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📦 משימת תיבה: 'השאלה היא אם אנחנו מספיק חכמים כדי להציב לה גבולות.' כתבו טיעון: אילו גבולות צריך להציב לבינה מלאכותית בבית הספר? טענה, שני נימוקים, טענת נגד, מסקנה.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🗣️ לשיחה בזוגות: מה מכונה לעולם לא תוכל לעשות במקומכם?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החיים בעידן הבינה המלאכותית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כלל אחד לשימוש חכם שאני לוקח/ת איתי: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משהו שרק אני יכול/ה ליצור: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שאלה שעוד מסקרנת אותי: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🤖 החיים בעידן הבינה המלאכותית – 🧸 יסודי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ג׳–ו׳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הרובוט שרצה לצייר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ראיון דמיוני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בכיתה של עומר יש מחשב חכם. הוא יודע לענות על שאלות מהר מאוד.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עומר ביקש ממנו: "צייר לי חתול!" והמחשב צייר חתול יפה.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אבל עומר רצה חתול עם כנפיים, שאוהב פיצה ושמו פיצי.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"את זה רק אתה יכול לדמיין", אמרה המורה. "המחשב עוזר – הרעיון שלך."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1. מה המחשב יודע לעשות?</w:t>
      </w:r>
    </w:p>
    <w:p>
      <w:pPr>
        <w:bidi/>
        <w:spacing w:after="60"/>
        <w:jc w:val="right"/>
      </w:pPr>
      <w:r>
        <w:rPr>
          <w:b w:val="0"/>
          <w:sz w:val="26"/>
          <w:rtl/>
          <w:szCs w:val="26"/>
        </w:rPr>
        <w:t>○ לענות מהר על שאלות    ○ לאכול פיצה    ○ ללכת לטייל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2. מי דמיין את פיצי?</w:t>
      </w:r>
    </w:p>
    <w:p>
      <w:pPr>
        <w:bidi/>
        <w:spacing w:after="60"/>
        <w:jc w:val="right"/>
      </w:pPr>
      <w:r>
        <w:rPr>
          <w:b w:val="0"/>
          <w:sz w:val="26"/>
          <w:rtl/>
          <w:szCs w:val="26"/>
        </w:rPr>
        <w:t>○ המחשב    ○ עומר    ○ המורה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🖍️ סמנו בטקסט בצבע את המשפט שאומר מה תפקיד המחשב, והעתיקו אותו: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/>
          <w:rtl/>
          <w:bCs/>
        </w:rPr>
        <w:t>2. 🗂️ מי עושה את זה?</w:t>
      </w:r>
    </w:p>
    <w:p>
      <w:pPr>
        <w:bidi/>
        <w:spacing w:after="60"/>
        <w:jc w:val="right"/>
      </w:pPr>
      <w:r>
        <w:rPr>
          <w:b w:val="0"/>
          <w:rtl/>
        </w:rPr>
        <w:t>כרטיסים: לחשב מהר · לדמיין חתול עם כנפיים · להרגיש שמח · לענות על שאלה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💻 מחשב</w:t>
            </w:r>
          </w:p>
        </w:tc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🧒 אני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📦 משימת תיבה: דמיינו חיה חדשה שאף מחשב עוד לא ראה. ציירו ותנו לה שם.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🗣️ לשיחה בזוגות: מה מכונה לעולם לא תוכל לעשות במקומכם?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החיים בעידן הבינה המלאכותית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כלל אחד לשימוש חכם שאני לוקח/ת איתי: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משהו שרק אני יכול/ה ליצור: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שאלה שעוד מסקרנת אותי: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🤖 החיים בעידן הבינה המלאכותית – 🟢 עולים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קליטה ואולפן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החיים בעידן הבינה המלאכותית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ראיון דמיוני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יֵשׁ מַחְשֵׁב חָכָם. הוּא עוֹנֶה עַל שְׁאֵלוֹת.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הוּא עוֹזֵר לָנוּ לִלְמֹד.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אֲבָל לִפְעָמִים הוּא טוֹעֶה.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לָכֵן צָרִיךְ לִבְדֹּק.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הָרַעֲיוֹנוֹת הֲכִי טוֹבִים – בָּאִים מֵאִתָּנוּ.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🟢 מחסן מילים: חָכָם (smart) · עוֹנָה (answers) · טוֹעֶה (makes a mistake) · לִבְדֹּק (to check) · רַעֲיוֹן (idea)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1. מָה הַמַּחְשֵׁב עוֹשֶׂה?</w:t>
      </w:r>
    </w:p>
    <w:p>
      <w:pPr>
        <w:bidi/>
        <w:spacing w:after="60"/>
        <w:jc w:val="right"/>
      </w:pPr>
      <w:r>
        <w:rPr>
          <w:b w:val="0"/>
          <w:sz w:val="26"/>
          <w:rtl/>
          <w:szCs w:val="26"/>
        </w:rPr>
        <w:t>○ עוֹנֶה עַל שְׁאֵלוֹת    ○ מְבַשֵּׁל    ○ יָשָׁן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2. מָה צָרִיךְ לַעֲשׂוֹת כִּי הַמַּחְשֵׁב טוֹעֶה?</w:t>
      </w:r>
    </w:p>
    <w:p>
      <w:pPr>
        <w:bidi/>
        <w:spacing w:after="60"/>
        <w:jc w:val="right"/>
      </w:pPr>
      <w:r>
        <w:rPr>
          <w:b w:val="0"/>
          <w:sz w:val="26"/>
          <w:rtl/>
          <w:szCs w:val="26"/>
        </w:rPr>
        <w:t>○ לִבְדֹּק    ○ לִצְחֹק    ○ לִסְגֹּר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מתחו קו בין המילה לפירוש: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חָכָם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makes a mistake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עוֹנָה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to check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טוֹעֶה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idea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לִבְדֹּק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smart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רַעֲיוֹן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answers</w:t>
            </w:r>
          </w:p>
        </w:tc>
      </w:tr>
    </w:tbl>
    <w:p>
      <w:pPr>
        <w:bidi/>
        <w:spacing w:after="60"/>
        <w:jc w:val="right"/>
      </w:pPr>
      <w:r>
        <w:rPr>
          <w:b/>
          <w:rtl/>
          <w:bCs/>
        </w:rPr>
        <w:t>2. 🖍️ לָחֲצוּ עַל הַמִּשְׁפָּט: מֵאֵיפֹה בָּאִים הָרַעֲיוֹנוֹת הֲכִי טוֹבִים?, והעתיקו אותו: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📦 משימת תיבה: הִשְׁלִימוּ: מַחְשֵׁב חָכָם יָכוֹל לַעֲזֹר לִי ב...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🗣️ לשיחה בזוגות: מה מכונה לעולם לא תוכל לעשות במקומכם?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החיים בעידן הבינה המלאכותית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כלל אחד לשימוש חכם שאני לוקח/ת איתי: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משהו שרק אני יכול/ה ליצור: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שאלה שעוד מסקרנת אותי: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🤖 החיים בעידן הבינה המלאכותית – 🧩 חנ״מ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לחינוך המיוחד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החיים בעידן הבינה המלאכותית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ראיון דמיוני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30"/>
                <w:rtl/>
                <w:szCs w:val="30"/>
              </w:rPr>
              <w:t>💻 מחשב חכם עוזר.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30"/>
                <w:rtl/>
                <w:szCs w:val="30"/>
              </w:rPr>
              <w:t>❓ אני שואל/ת – הוא עונה.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30"/>
                <w:rtl/>
                <w:szCs w:val="30"/>
              </w:rPr>
              <w:t>💡 הרעיון – שלי!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sz w:val="30"/>
          <w:rtl/>
          <w:bCs/>
          <w:szCs w:val="30"/>
        </w:rPr>
        <w:t>1. מי עוזר לי?</w:t>
      </w:r>
    </w:p>
    <w:p>
      <w:pPr>
        <w:bidi/>
        <w:spacing w:after="60"/>
        <w:jc w:val="right"/>
      </w:pPr>
      <w:r>
        <w:rPr>
          <w:b w:val="0"/>
          <w:sz w:val="30"/>
          <w:rtl/>
          <w:szCs w:val="30"/>
        </w:rPr>
        <w:t>○ 💻 מחשב     ○ 🌳 עץ     ○ 🚗 מכונית</w:t>
      </w:r>
    </w:p>
    <w:p>
      <w:pPr>
        <w:bidi/>
        <w:spacing w:after="60"/>
        <w:jc w:val="right"/>
      </w:pPr>
      <w:r>
        <w:rPr>
          <w:b/>
          <w:sz w:val="30"/>
          <w:rtl/>
          <w:bCs/>
          <w:szCs w:val="30"/>
        </w:rPr>
        <w:t>2. של מי הרעיון?</w:t>
      </w:r>
    </w:p>
    <w:p>
      <w:pPr>
        <w:bidi/>
        <w:spacing w:after="60"/>
        <w:jc w:val="right"/>
      </w:pPr>
      <w:r>
        <w:rPr>
          <w:b w:val="0"/>
          <w:sz w:val="30"/>
          <w:rtl/>
          <w:szCs w:val="30"/>
        </w:rPr>
        <w:t>○ 🧒 שלי     ○ 💻 של המחשב     ○ 🐶 של הכלב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🗂️ בטוח או לא בטוח?</w:t>
      </w:r>
    </w:p>
    <w:p>
      <w:pPr>
        <w:bidi/>
        <w:spacing w:after="60"/>
        <w:jc w:val="right"/>
      </w:pPr>
      <w:r>
        <w:rPr>
          <w:b w:val="0"/>
          <w:rtl/>
        </w:rPr>
        <w:t>כרטיסים: 🏠 לכתוב את הכתובת שלי · ❓ לשאול שאלה על חיות · 🔑 לכתוב סיסמה · 🎨 לבקש ציור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✅ בטוח</w:t>
            </w:r>
          </w:p>
        </w:tc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⛔ לא בטוח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p>
      <w:pPr>
        <w:bidi/>
        <w:spacing w:after="60"/>
        <w:jc w:val="right"/>
      </w:pPr>
      <w:r>
        <w:rPr>
          <w:b/>
          <w:sz w:val="30"/>
          <w:rtl/>
          <w:bCs/>
          <w:szCs w:val="30"/>
        </w:rPr>
        <w:t>💬 במה מחשב עוזר לי? (הקיפו)</w:t>
      </w:r>
    </w:p>
    <w:p>
      <w:pPr>
        <w:bidi/>
        <w:spacing w:after="60"/>
        <w:jc w:val="right"/>
      </w:pPr>
      <w:r>
        <w:rPr>
          <w:b w:val="0"/>
          <w:sz w:val="30"/>
          <w:rtl/>
          <w:szCs w:val="30"/>
        </w:rPr>
        <w:t>○ ללמוד   ○ לצייר   ○ לשמוע סיפור   ○ לחשב   ○ למצוא מילים</w:t>
      </w:r>
    </w:p>
    <w:p>
      <w:pPr>
        <w:bidi/>
        <w:spacing w:after="60"/>
        <w:jc w:val="right"/>
      </w:pPr>
      <w:r>
        <w:rPr>
          <w:b w:val="0"/>
          <w:sz w:val="30"/>
          <w:rtl/>
          <w:szCs w:val="30"/>
        </w:rPr>
        <w:t>איך אני מרגיש/ה?  😊   😐   😢   😡   🤩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החיים בעידן הבינה המלאכותית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כלל אחד לשימוש חכם שאני לוקח/ת איתי: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משהו שרק אני יכול/ה ליצור: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שאלה שעוד מסקרנת אותי: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sz w:val="18"/>
        <w:rtl/>
      </w:rPr>
      <w:t>יצרה: רוית ראש בן ישי · קוראים את העולם שלנו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