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💬 מילה כתובה – מהדורה למורה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ג׳–י״ב, עולים וחנ״מ • קריאה והבנה</w:t>
      </w:r>
    </w:p>
    <w:p>
      <w:pPr>
        <w:bidi/>
        <w:spacing w:after="60"/>
        <w:jc w:val="right"/>
      </w:pPr>
      <w:r>
        <w:rPr>
          <w:b w:val="0"/>
          <w:rtl/>
        </w:rPr>
        <w:t>סוגת הטקסט: סיפור קצר · נושא: בריונות רשת וחרם ב'קבוצת הכיתה'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🎯 מטרות</w:t>
      </w:r>
    </w:p>
    <w:p>
      <w:pPr>
        <w:bidi/>
        <w:spacing w:after="60"/>
        <w:jc w:val="right"/>
      </w:pPr>
      <w:r>
        <w:rPr>
          <w:b w:val="0"/>
          <w:rtl/>
        </w:rPr>
        <w:t>• לאתר את רצף האירועים בסיפור</w:t>
      </w:r>
    </w:p>
    <w:p>
      <w:pPr>
        <w:bidi/>
        <w:spacing w:after="60"/>
        <w:jc w:val="right"/>
      </w:pPr>
      <w:r>
        <w:rPr>
          <w:b w:val="0"/>
          <w:rtl/>
        </w:rPr>
        <w:t>• לזהות תפקידים בקבוצה: יוזם/ת, נגרר/ת, שותק/ת, עוצר/ת</w:t>
      </w:r>
    </w:p>
    <w:p>
      <w:pPr>
        <w:bidi/>
        <w:spacing w:after="60"/>
        <w:jc w:val="right"/>
      </w:pPr>
      <w:r>
        <w:rPr>
          <w:b w:val="0"/>
          <w:rtl/>
        </w:rPr>
        <w:t>• לנסח 'משפט עוצר' ולתכנן תגובה אחראית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⏱️ מהלך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5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פתיחה: "למה קשה כל כך להיות הראשון/ה שעוצר/ת?"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קריאה ראשונה בקול + קריאה שנייה עם עיפרון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א׳ – 🏊 שחייה (בזוגות)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ב׳ – 🤿 צלילה: סימון, מיון, שפה ומבנה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ג׳ – 🐠 מעמקים: משימת תיבה + מעגל שיח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4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🎟️ כרטיס יציאה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0"/>
          <w:rtl/>
          <w:szCs w:val="20"/>
        </w:rPr>
        <w:t>⚡ גרסת 10 דקות: קריאה ← 2 שאלות שחייה ← סימון אחד ← שורה בכרטיס היציאה.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🔑 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🎒 חט״ב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צילום מסך של עמרי נופל · 2. כי פחדה שיחשבו שהיא משעממת · 3. עוד ילדים הצטרפו והצילום נמחק ◆ סימון: "חבר׳ה, זה כבר לא מצחיק" ◆ מיון: 🔥 יוזם/ת: עידו | 👥 נגררים: שלושים הפרצופים הצוחקים | 🛑 עוצר/ת: נטע, "מסכים. עידו, תמחק" ◆ אוצר מילים: תחושת מתח ורצף זמן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🎓 חט״ע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יצירת קצב מואט ומתח שמדגיש כל רגע של בחירה · 2. מסבירה מדוע רבים צחקו ולא התערבו, ומדוע ההתערבות של נטע השפיעה · 3. חזרה והקבלה ('מילה כתובה אחת יכולה... ומילה כתובה אחת יכולה...') ◆ סימון: "חבר׳ה, זה כבר לא מצחיק" ◆ מיון: 📈 מחריף: הצופים רבים, הפוגע אינו רואה את פני הנפגע, המילה הכתובה נשארת | 🔓 שובר: התערבות של אדם אחד, הזמנת אחרים להצטרף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🧸 יסודי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על תום · 2. ביקשה להפסיק ◆ סימון: "הוא הרגיש לבד" ◆ מיון: 💚 עוזר: לכתוב 'בואו נפסיק', לשחק עם תום, לשתף מבוגר/ת | 💔 פוגע: לשלוח עוד צחוקים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🟢 עולים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עָצוּב · 2. דַּי! זֶה לֹא יָפֶה ◆ סימון: "נכון, די" ◆ מילון: קְבוּצָה=group · הוֹדָעָה=message · צוֹחֲקִים=laugh · עָצוּב=sad · דַּי!=stop! enough!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🧩 חנ״מ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תמונות: עצוב · אומר/ת די ◆ מיון: ✅ אפשר לספר: 👩‍🏫 למורה, 👨‍👩‍👧 להורים, 🧑‍💼 ליועצת | ❌ לא: 🐟 לדג</w:t>
            </w:r>
          </w:p>
        </w:tc>
      </w:tr>
    </w:tbl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🗣️ מעגל שיח</w:t>
      </w:r>
    </w:p>
    <w:p>
      <w:pPr>
        <w:bidi/>
        <w:spacing w:after="60"/>
        <w:jc w:val="right"/>
      </w:pPr>
      <w:r>
        <w:rPr>
          <w:b w:val="0"/>
          <w:rtl/>
        </w:rPr>
        <w:t>1. למה קשה כל כך להיות הראשון/ה שעוצר/ת?</w:t>
      </w:r>
    </w:p>
    <w:p>
      <w:pPr>
        <w:bidi/>
        <w:spacing w:after="60"/>
        <w:jc w:val="right"/>
      </w:pPr>
      <w:r>
        <w:rPr>
          <w:b w:val="0"/>
          <w:rtl/>
        </w:rPr>
        <w:t>2. מה ההבדל בין צחוק 'איתי' לצחוק 'עליי'?</w:t>
      </w:r>
    </w:p>
    <w:p>
      <w:pPr>
        <w:bidi/>
        <w:spacing w:after="60"/>
        <w:jc w:val="right"/>
      </w:pPr>
      <w:r>
        <w:rPr>
          <w:b w:val="0"/>
          <w:rtl/>
        </w:rPr>
        <w:t>3. מה מבוגר/ת יכול/ה לעשות כדי שיהיה קל יותר לספר?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🎬 מתווה מצגת (איורים בסגנון תלת־ממדי חמוד)</w:t>
      </w:r>
    </w:p>
    <w:p>
      <w:pPr>
        <w:bidi/>
        <w:spacing w:after="60"/>
        <w:jc w:val="right"/>
      </w:pPr>
      <w:r>
        <w:rPr>
          <w:b w:val="0"/>
          <w:rtl/>
        </w:rPr>
        <w:t>1. שקופית פתיחה: טלפון תלת־ממדי שממנו יוצאות בועות מילים צבעוניות</w:t>
      </w:r>
    </w:p>
    <w:p>
      <w:pPr>
        <w:bidi/>
        <w:spacing w:after="60"/>
        <w:jc w:val="right"/>
      </w:pPr>
      <w:r>
        <w:rPr>
          <w:b w:val="0"/>
          <w:rtl/>
        </w:rPr>
        <w:t>2. רצף ההודעות – איפה זה התחיל להסלים</w:t>
      </w:r>
    </w:p>
    <w:p>
      <w:pPr>
        <w:bidi/>
        <w:spacing w:after="60"/>
        <w:jc w:val="right"/>
      </w:pPr>
      <w:r>
        <w:rPr>
          <w:b w:val="0"/>
          <w:rtl/>
        </w:rPr>
        <w:t>3. ארבעה תפקידים בקבוצה</w:t>
      </w:r>
    </w:p>
    <w:p>
      <w:pPr>
        <w:bidi/>
        <w:spacing w:after="60"/>
        <w:jc w:val="right"/>
      </w:pPr>
      <w:r>
        <w:rPr>
          <w:b w:val="0"/>
          <w:rtl/>
        </w:rPr>
        <w:t>4. משפטים עוצרים ודרכים לבקש עזרה</w:t>
      </w:r>
    </w:p>
    <w:p>
      <w:pPr>
        <w:bidi/>
        <w:spacing w:after="60"/>
        <w:jc w:val="right"/>
      </w:pPr>
      <w:r>
        <w:rPr>
          <w:b w:val="0"/>
          <w:rtl/>
        </w:rPr>
        <w:t>5. כרטיס יציאה: מה אני עושה כשאני רואה</w:t>
      </w:r>
    </w:p>
    <w:p>
      <w:pPr>
        <w:bidi/>
        <w:spacing w:after="60"/>
        <w:jc w:val="right"/>
      </w:pPr>
      <w:r>
        <w:rPr>
          <w:b w:val="0"/>
          <w:color w:val="E65100"/>
          <w:sz w:val="20"/>
          <w:rtl/>
          <w:szCs w:val="20"/>
        </w:rPr>
        <w:t>🛟 מרחב בטוח: תמיכה ולמידה – לא טיפול. מותר לא לשתף. כל דאגה – פונים ליועצת. מודלים: גש״ר מאח״ד · עש״ן ד״ק · מעש״ה.</w:t>
      </w:r>
    </w:p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💬 מילה כתובה – 🎒 חט״ב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ז׳–ט׳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21:47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קצר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בשעה 21:37 עוד הכול היה רגיל בקבוצת הכיתה. מישהו שאל מה יש מחר במבחן, מישהי שלחה תמונה של חתול.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ב־21:41 עידו העלה צילום מסך: עמרי, בשיעור ספורט, נופל על המזרן. "הלוויתן חוזר לים 🐋", כתב. תוך דקה – שלושים פרצופים צוחקים.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ב־21:43 נטע ראתה את ההודעה. האצבע שלה כמעט לחצה על פרצוף צוחק. 'כולם צוחקים', חשבה, 'אם לא אגיב, יחשבו שאני משעממת'.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ב־21:44 היא ראתה שעמרי 'מקליד...' ואז הפסיק. הסימן נעלם. היא דמיינה אותו יושב מול המסך לבד.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ב־21:47 נטע כתבה: "חבר׳ה, זה כבר לא מצחיק. עמרי, אני איתך." לרגע – שקט. ואז עוד מישהו: "מסכים. עידו, תמחק." ועוד אחת. הצילום נמחק.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למחרת עמרי לא אמר כלום. אבל בהפסקה הוא התיישב ליד נטע. לפעמים מילה כתובה אחת יכולה לפגוע – ומילה כתובה אחת יכולה גם לעצור.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 העלה עידו לקבוצה?</w:t>
      </w:r>
    </w:p>
    <w:p>
      <w:pPr>
        <w:bidi/>
        <w:spacing w:after="60"/>
        <w:jc w:val="right"/>
      </w:pPr>
      <w:r>
        <w:rPr>
          <w:b w:val="0"/>
          <w:rtl/>
        </w:rPr>
        <w:t>○ שאלה על המבחן    ○ צילום מסך של עמרי נופל    ○ תמונה של חתול</w:t>
      </w:r>
    </w:p>
    <w:p>
      <w:pPr>
        <w:bidi/>
        <w:spacing w:after="60"/>
        <w:jc w:val="right"/>
      </w:pPr>
      <w:r>
        <w:rPr>
          <w:b/>
          <w:rtl/>
          <w:bCs/>
        </w:rPr>
        <w:t>2. למה נטע כמעט הגיבה בצחוק?</w:t>
      </w:r>
    </w:p>
    <w:p>
      <w:pPr>
        <w:bidi/>
        <w:spacing w:after="60"/>
        <w:jc w:val="right"/>
      </w:pPr>
      <w:r>
        <w:rPr>
          <w:b w:val="0"/>
          <w:rtl/>
        </w:rPr>
        <w:t>○ כי באמת חשבה שזה מצחיק    ○ כי פחדה שיחשבו שהיא משעממת    ○ כי עמרי ביקש</w:t>
      </w:r>
    </w:p>
    <w:p>
      <w:pPr>
        <w:bidi/>
        <w:spacing w:after="60"/>
        <w:jc w:val="right"/>
      </w:pPr>
      <w:r>
        <w:rPr>
          <w:b/>
          <w:rtl/>
          <w:bCs/>
        </w:rPr>
        <w:t>3. מה קרה אחרי ההודעה של נטע?</w:t>
      </w:r>
    </w:p>
    <w:p>
      <w:pPr>
        <w:bidi/>
        <w:spacing w:after="60"/>
        <w:jc w:val="right"/>
      </w:pPr>
      <w:r>
        <w:rPr>
          <w:b w:val="0"/>
          <w:rtl/>
        </w:rPr>
        <w:t>○ כולם צחקו עליה    ○ עוד ילדים הצטרפו והצילום נמחק    ○ היא יצאה מהקבוצה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שמסמן את נקודת המפנה בסיפור,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מי מילא איזה תפקיד?</w:t>
      </w:r>
    </w:p>
    <w:p>
      <w:pPr>
        <w:bidi/>
        <w:spacing w:after="60"/>
        <w:jc w:val="right"/>
      </w:pPr>
      <w:r>
        <w:rPr>
          <w:b w:val="0"/>
          <w:rtl/>
        </w:rPr>
        <w:t>כרטיסים: עידו · שלושים הפרצופים הצוחקים · נטע · "מסכים. עידו, תמחק"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🔥 יוזם/ת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👥 נגררים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🛑 עוצר/ת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3. השעות בכותרות הפסקאות יוצרות בסיפור...</w:t>
      </w:r>
    </w:p>
    <w:p>
      <w:pPr>
        <w:bidi/>
        <w:spacing w:after="60"/>
        <w:jc w:val="right"/>
      </w:pPr>
      <w:r>
        <w:rPr>
          <w:b w:val="0"/>
          <w:rtl/>
        </w:rPr>
        <w:t>○ תחושת מתח ורצף זמן    ○ בדיחה    ○ רשימת קניות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כתבו את ההודעה שעמרי אולי התחיל להקליד ב־21:44 ולא שלח. מה הוא הרגיש? אחר כך כתבו 'משפט עוצר' משלכם.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למה קשה כל כך להיות הראשון/ה שעוצר/ת?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מילה כתובה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עוצר שאני מוכן/ה לכתוב: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אם אראה פגיעה, אפנה אל: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שאשנה בקבוצה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💬 מילה כתובה – 🎓 חט״ע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י׳–י״ב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21:47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קצר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[1] בשעה 21:37 עוד הכול היה רגיל בקבוצת הכיתה. מישהו שאל מה יש מחר במבחן, מישהי שלחה תמונה של חתול.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[2] ב־21:41 עידו העלה צילום מסך: עמרי, בשיעור ספורט, נופל על המזרן. "הלוויתן חוזר לים 🐋", כתב. תוך דקה – שלושים פרצופים צוחקים.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[3] ב־21:43 נטע ראתה את ההודעה. האצבע שלה כמעט לחצה על פרצוף צוחק. 'כולם צוחקים', חשבה, 'אם לא אגיב, יחשבו שאני משעממת'.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[4] ב־21:44 היא ראתה שעמרי 'מקליד...' ואז הפסיק. הסימן נעלם. היא דמיינה אותו יושב מול המסך לבד.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[5] ב־21:47 נטע כתבה: "חבר׳ה, זה כבר לא מצחיק. עמרי, אני איתך." לרגע – שקט. ואז עוד מישהו: "מסכים. עידו, תמחק." ועוד אחת. הצילום נמחק.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[6] למחרת עמרי לא אמר כלום. אבל בהפסקה הוא התיישב ליד נטע. לפעמים מילה כתובה אחת יכולה לפגוע – ומילה כתובה אחת יכולה גם לעצור.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[7] מחקרים על התנהגות קבוצתית מתארים את 'אפקט הצופה מן הצד': ככל שיותר אנשים עדים לפגיעה, כך פוחת הסיכוי שמישהו יתערב, משום שכל אחד מניח שמישהו אחר יעשה זאת. ברשת האפקט חריף במיוחד – הצופים רבים, הפוגע אינו רואה את פני הנפגע, והמילה הכתובה נשארת. אולם אותם מחקרים מראים גם את הצד השני: די בהתערבות של אדם אחד כדי לשבור את הדממה ולהזמין אחרים להצטרף.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מהו תפקיד השעות המופיעות בראשי הפסקאות?</w:t>
      </w:r>
    </w:p>
    <w:p>
      <w:pPr>
        <w:bidi/>
        <w:spacing w:after="60"/>
        <w:jc w:val="right"/>
      </w:pPr>
      <w:r>
        <w:rPr>
          <w:b w:val="0"/>
          <w:rtl/>
        </w:rPr>
        <w:t>○ קישוט בלבד    ○ יצירת קצב מואט ומתח שמדגיש כל רגע של בחירה    ○ ציון זמן המבחן</w:t>
      </w:r>
    </w:p>
    <w:p>
      <w:pPr>
        <w:bidi/>
        <w:spacing w:after="60"/>
        <w:jc w:val="right"/>
      </w:pPr>
      <w:r>
        <w:rPr>
          <w:b/>
          <w:rtl/>
          <w:bCs/>
        </w:rPr>
        <w:t>2. כיצד הפסקה המדעית מאירה את הסיפור?</w:t>
      </w:r>
    </w:p>
    <w:p>
      <w:pPr>
        <w:bidi/>
        <w:spacing w:after="60"/>
        <w:jc w:val="right"/>
      </w:pPr>
      <w:r>
        <w:rPr>
          <w:b w:val="0"/>
          <w:rtl/>
        </w:rPr>
        <w:t>○ מסבירה מדוע רבים צחקו ולא התערבו, ומדוע ההתערבות של נטע השפיעה    ○ סותרת את הסיפור    ○ מספרת סיפור נוסף</w:t>
      </w:r>
    </w:p>
    <w:p>
      <w:pPr>
        <w:bidi/>
        <w:spacing w:after="60"/>
        <w:jc w:val="right"/>
      </w:pPr>
      <w:r>
        <w:rPr>
          <w:b/>
          <w:rtl/>
          <w:bCs/>
        </w:rPr>
        <w:t>3. משפט הסיום מבוסס על מבנה של:</w:t>
      </w:r>
    </w:p>
    <w:p>
      <w:pPr>
        <w:bidi/>
        <w:spacing w:after="60"/>
        <w:jc w:val="right"/>
      </w:pPr>
      <w:r>
        <w:rPr>
          <w:b w:val="0"/>
          <w:rtl/>
        </w:rPr>
        <w:t>○ חזרה והקבלה ('מילה כתובה אחת יכולה... ומילה כתובה אחת יכולה...')    ○ שאלה רטורית    ○ רשימה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שמסמן את נקודת המפנה בסיפור,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מה מחריף את אפקט הצופה ברשת ומה שובר אותו?</w:t>
      </w:r>
    </w:p>
    <w:p>
      <w:pPr>
        <w:bidi/>
        <w:spacing w:after="60"/>
        <w:jc w:val="right"/>
      </w:pPr>
      <w:r>
        <w:rPr>
          <w:b w:val="0"/>
          <w:rtl/>
        </w:rPr>
        <w:t>כרטיסים: הצופים רבים · הפוגע אינו רואה את פני הנפגע · התערבות של אדם אחד · הזמנת אחרים להצטרף · המילה הכתובה נשארת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📈 מחריף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🔓 שובר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כתבו מכתב לשכבה (10 שורות): הציעו 'אמנת קבוצת כיתה' בת שלושה סעיפים, ונמקו כל סעיף בעזרת הסיפור או הפסקה המדעית.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למה קשה כל כך להיות הראשון/ה שעוצר/ת?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מילה כתובה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עוצר שאני מוכן/ה לכתוב: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אם אראה פגיעה, אפנה אל: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שאשנה בקבוצה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💬 מילה כתובה – 🧸 יסודי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ג׳–ו׳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הסטיקר של תום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קצר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בקבוצה של הכיתה מישהו שלח סטיקר מצחיק על תום.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כולם שלחו פרצופים צוחקים. 😂😂😂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תום לא צחק. הוא הרגיש לבד.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רוני כתבה: "זה לא מצחיק את תום. בואו נפסיק."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למחרת רוני ותום שיחקו יחד בהפסקה.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על מי היה הסטיקר?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על רוני    ○ על תום    ○ על המורה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מה עשתה רוני?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צחקה    ○ ביקשה להפסיק    ○ יצאה מהקבוצה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שמראה איך תום הרגיש,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מה עוזר ומה פוגע?</w:t>
      </w:r>
    </w:p>
    <w:p>
      <w:pPr>
        <w:bidi/>
        <w:spacing w:after="60"/>
        <w:jc w:val="right"/>
      </w:pPr>
      <w:r>
        <w:rPr>
          <w:b w:val="0"/>
          <w:rtl/>
        </w:rPr>
        <w:t>כרטיסים: לכתוב 'בואו נפסיק' · לשלוח עוד צחוקים · לשחק עם תום · לשתף מבוגר/ת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💚 עוזר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💔 פוגע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כתבו לתום הודעה טובה שתעזור לו להרגיש שהוא לא לבד.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למה קשה כל כך להיות הראשון/ה שעוצר/ת?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מילה כתובה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עוצר שאני מוכן/ה לכתוב: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אם אראה פגיעה, אפנה אל: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שאשנה בקבוצה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💬 מילה כתובה – 🟢 עולים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קליטה ואולפן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מילה כתובה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קצר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בַּקְּבוּצָה שֶׁל הַכִּתָּה יֵשׁ הוֹדָעָה רָעָה עַל דָּנִי.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הַרְבֵּה יְלָדִים צוֹחֲקִים.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דָּנִי עָצוּב.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שִׁירָה כּוֹתֶבֶת: "דַּי! זֶה לֹא יָפֶה."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עוֹד יְלָדִים כּוֹתְבִים: "נָכוֹן, דַּי."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דָּנִי מַרְגִּישׁ יוֹתֵר טוֹב.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🟢 מחסן מילים: קְבוּצָה (group) · הוֹדָעָה (message) · צוֹחֲקִים (laugh) · עָצוּב (sad) · דַּי! (stop! enough!)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אֵיךְ דָּנִי מַרְגִּישׁ בַּהַתְחָלָה?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שָׂמֵחַ    ○ עָצוּב    ○ רָעָב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מָה שִׁירָה כּוֹתֶבֶת?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דַּי! זֶה לֹא יָפֶה    ○ חָחָחָ    ○ לַיְלָה טוֹב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מתחו קו בין המילה לפירוש: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קְבוּצָה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laugh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הוֹדָעָה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sad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צוֹחֲקִים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stop! enough!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עָצוּב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group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דַּי!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message</w:t>
            </w: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2. 🖍️ לַחֲצוּ עַל הַמִּשְׁפָּט שֶׁבּוֹ עוֹד יְלָדִים עוֹזְרִים,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כִּתְבוּ מִשְׁפָּט עוֹצֵר מִשֶּׁלָּכֶם (אֶפְשָׁר לְהֵעָזֵר: 'דַּי', 'זֶה לֹא יָפֶה', 'אֲנִי אִתָּךְ')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למה קשה כל כך להיות הראשון/ה שעוצר/ת?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מילה כתובה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עוצר שאני מוכן/ה לכתוב: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אם אראה פגיעה, אפנה אל: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שאשנה בקבוצה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💬 מילה כתובה – 🧩 חנ״מ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לחינוך המיוחד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מילה כתובה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סיפור קצר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📱 יש הודעה לא יפה.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😢 יואב עצוב.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✋ אני אומר/ת: די!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🤝 אני עם יואב.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1. איך יואב מרגיש?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😢 עצוב     ○ 😄 שמח     ○ 😴 ישן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2. מה אני עושה?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✋ אומר/ת די     ○ 😂 צוחק/ת     ○ 🙈 לא מסתכל/ת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🗂️ למי אפשר לספר?</w:t>
      </w:r>
    </w:p>
    <w:p>
      <w:pPr>
        <w:bidi/>
        <w:spacing w:after="60"/>
        <w:jc w:val="right"/>
      </w:pPr>
      <w:r>
        <w:rPr>
          <w:b w:val="0"/>
          <w:rtl/>
        </w:rPr>
        <w:t>כרטיסים: 👩‍🏫 למורה · 👨‍👩‍👧 להורים · 🐟 לדג · 🧑‍💼 ליועצת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✅ אפשר לספר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❌ לא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💬 מה אני כותב/ת לחבר/ה עצוב/ה? (הקיפו)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אני איתך   ○ די, זה לא יפה   ○ בוא/י נשחק   ○ אני חבר/ה שלך   ○ אספר למורה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איך אני מרגיש/ה?  😊   😐   😢   😡   🤩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מילה כתובה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עוצר שאני מוכן/ה לכתוב: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אם אראה פגיעה, אפנה אל: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שאשנה בקבוצה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קוראים את העולם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