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אמת מול אשליה ברשת – מהדורה למורה</w:t>
      </w:r>
    </w:p>
    <w:p>
      <w:pPr>
        <w:bidi/>
        <w:spacing w:after="60"/>
        <w:jc w:val="right"/>
      </w:pPr>
      <w:r>
        <w:rPr>
          <w:b w:val="0"/>
          <w:color w:val="5B6185"/>
          <w:rtl/>
        </w:rPr>
        <w:t>ערכה להדפסה • לכיתות ג׳–י״ב, עולים וחנ״מ • קריאה והבנה</w:t>
      </w:r>
    </w:p>
    <w:p>
      <w:pPr>
        <w:bidi/>
        <w:spacing w:after="60"/>
        <w:jc w:val="right"/>
      </w:pPr>
      <w:r>
        <w:rPr>
          <w:b w:val="0"/>
          <w:rtl/>
        </w:rPr>
        <w:t>סוגת הטקסט: טור אישי בבלוג · נושא: פילטרים, סטוריז ודימוי גוף</w:t>
      </w:r>
    </w:p>
    <w:p>
      <w:pPr>
        <w:bidi/>
        <w:spacing w:after="60"/>
        <w:jc w:val="right"/>
      </w:pPr>
      <w:r>
        <w:rPr>
          <w:b/>
          <w:sz w:val="26"/>
          <w:rtl/>
          <w:bCs/>
          <w:szCs w:val="26"/>
        </w:rPr>
        <w:t>🎯 מטרות</w:t>
      </w:r>
    </w:p>
    <w:p>
      <w:pPr>
        <w:bidi/>
        <w:spacing w:after="60"/>
        <w:jc w:val="right"/>
      </w:pPr>
      <w:r>
        <w:rPr>
          <w:b w:val="0"/>
          <w:rtl/>
        </w:rPr>
        <w:t>• לאתר מידע ולהבחין בין מה שמוצג לבין מה שקורה באמת</w:t>
      </w:r>
    </w:p>
    <w:p>
      <w:pPr>
        <w:bidi/>
        <w:spacing w:after="60"/>
        <w:jc w:val="right"/>
      </w:pPr>
      <w:r>
        <w:rPr>
          <w:b w:val="0"/>
          <w:rtl/>
        </w:rPr>
        <w:t>• לזהות את מטרת הכותבת ואת מבנה הטור</w:t>
      </w:r>
    </w:p>
    <w:p>
      <w:pPr>
        <w:bidi/>
        <w:spacing w:after="60"/>
        <w:jc w:val="right"/>
      </w:pPr>
      <w:r>
        <w:rPr>
          <w:b w:val="0"/>
          <w:rtl/>
        </w:rPr>
        <w:t>• לגבש עמדה אישית מנומקת על השוואה ברשת</w:t>
      </w:r>
    </w:p>
    <w:p>
      <w:pPr>
        <w:bidi/>
        <w:spacing w:after="60"/>
        <w:jc w:val="right"/>
      </w:pPr>
      <w:r>
        <w:rPr>
          <w:b/>
          <w:sz w:val="26"/>
          <w:rtl/>
          <w:bCs/>
          <w:szCs w:val="26"/>
        </w:rPr>
        <w:t>⏱️ מהלך שיעור – 45 דקות</w:t>
      </w:r>
    </w:p>
    <w:tbl>
      <w:tblPr>
        <w:tblStyle w:val="TableGrid"/>
        <w:tblW w:type="auto" w:w="0"/>
        <w:tblLook w:firstColumn="1" w:firstRow="1" w:lastColumn="0" w:lastRow="0" w:noHBand="0" w:noVBand="1" w:val="04A0"/>
        <w:bidiVisual/>
      </w:tblPr>
      <w:tblGrid>
        <w:gridCol w:w="5103"/>
        <w:gridCol w:w="5103"/>
      </w:tblGrid>
      <w:tr>
        <w:tc>
          <w:tcPr>
            <w:tcW w:type="dxa" w:w="5103"/>
          </w:tcPr>
          <w:p>
            <w:pPr>
              <w:bidi/>
              <w:spacing w:after="60"/>
              <w:jc w:val="right"/>
            </w:pPr>
            <w:r>
              <w:rPr>
                <w:b/>
                <w:rtl/>
                <w:bCs/>
              </w:rPr>
              <w:t>5 ד׳</w:t>
            </w:r>
          </w:p>
        </w:tc>
        <w:tc>
          <w:tcPr>
            <w:tcW w:type="dxa" w:w="5103"/>
          </w:tcPr>
          <w:p>
            <w:pPr>
              <w:bidi/>
              <w:spacing w:after="60"/>
              <w:jc w:val="right"/>
            </w:pPr>
            <w:r>
              <w:rPr>
                <w:b w:val="0"/>
                <w:rtl/>
              </w:rPr>
              <w:t>פתיחה: "מתי השוואה לאחרים עוזרת לנו, ומתי היא פוגעת?"</w:t>
            </w:r>
          </w:p>
        </w:tc>
      </w:tr>
      <w:tr>
        <w:tc>
          <w:tcPr>
            <w:tcW w:type="dxa" w:w="5103"/>
          </w:tcPr>
          <w:p>
            <w:pPr>
              <w:bidi/>
              <w:spacing w:after="60"/>
              <w:jc w:val="right"/>
            </w:pPr>
            <w:r>
              <w:rPr>
                <w:b/>
                <w:rtl/>
                <w:bCs/>
              </w:rPr>
              <w:t>10 ד׳</w:t>
            </w:r>
          </w:p>
        </w:tc>
        <w:tc>
          <w:tcPr>
            <w:tcW w:type="dxa" w:w="5103"/>
          </w:tcPr>
          <w:p>
            <w:pPr>
              <w:bidi/>
              <w:spacing w:after="60"/>
              <w:jc w:val="right"/>
            </w:pPr>
            <w:r>
              <w:rPr>
                <w:b w:val="0"/>
                <w:rtl/>
              </w:rPr>
              <w:t>קריאה ראשונה בקול + קריאה שנייה עם עיפרון</w:t>
            </w:r>
          </w:p>
        </w:tc>
      </w:tr>
      <w:tr>
        <w:tc>
          <w:tcPr>
            <w:tcW w:type="dxa" w:w="5103"/>
          </w:tcPr>
          <w:p>
            <w:pPr>
              <w:bidi/>
              <w:spacing w:after="60"/>
              <w:jc w:val="right"/>
            </w:pPr>
            <w:r>
              <w:rPr>
                <w:b/>
                <w:rtl/>
                <w:bCs/>
              </w:rPr>
              <w:t>8 ד׳</w:t>
            </w:r>
          </w:p>
        </w:tc>
        <w:tc>
          <w:tcPr>
            <w:tcW w:type="dxa" w:w="5103"/>
          </w:tcPr>
          <w:p>
            <w:pPr>
              <w:bidi/>
              <w:spacing w:after="60"/>
              <w:jc w:val="right"/>
            </w:pPr>
            <w:r>
              <w:rPr>
                <w:b w:val="0"/>
                <w:rtl/>
              </w:rPr>
              <w:t>חלק א׳ – 🏊 שחייה (בזוגות)</w:t>
            </w:r>
          </w:p>
        </w:tc>
      </w:tr>
      <w:tr>
        <w:tc>
          <w:tcPr>
            <w:tcW w:type="dxa" w:w="5103"/>
          </w:tcPr>
          <w:p>
            <w:pPr>
              <w:bidi/>
              <w:spacing w:after="60"/>
              <w:jc w:val="right"/>
            </w:pPr>
            <w:r>
              <w:rPr>
                <w:b/>
                <w:rtl/>
                <w:bCs/>
              </w:rPr>
              <w:t>10 ד׳</w:t>
            </w:r>
          </w:p>
        </w:tc>
        <w:tc>
          <w:tcPr>
            <w:tcW w:type="dxa" w:w="5103"/>
          </w:tcPr>
          <w:p>
            <w:pPr>
              <w:bidi/>
              <w:spacing w:after="60"/>
              <w:jc w:val="right"/>
            </w:pPr>
            <w:r>
              <w:rPr>
                <w:b w:val="0"/>
                <w:rtl/>
              </w:rPr>
              <w:t>חלק ב׳ – 🤿 צלילה: סימון, מיון, שפה ומבנה</w:t>
            </w:r>
          </w:p>
        </w:tc>
      </w:tr>
      <w:tr>
        <w:tc>
          <w:tcPr>
            <w:tcW w:type="dxa" w:w="5103"/>
          </w:tcPr>
          <w:p>
            <w:pPr>
              <w:bidi/>
              <w:spacing w:after="60"/>
              <w:jc w:val="right"/>
            </w:pPr>
            <w:r>
              <w:rPr>
                <w:b/>
                <w:rtl/>
                <w:bCs/>
              </w:rPr>
              <w:t>8 ד׳</w:t>
            </w:r>
          </w:p>
        </w:tc>
        <w:tc>
          <w:tcPr>
            <w:tcW w:type="dxa" w:w="5103"/>
          </w:tcPr>
          <w:p>
            <w:pPr>
              <w:bidi/>
              <w:spacing w:after="60"/>
              <w:jc w:val="right"/>
            </w:pPr>
            <w:r>
              <w:rPr>
                <w:b w:val="0"/>
                <w:rtl/>
              </w:rPr>
              <w:t>חלק ג׳ – 🐠 מעמקים: משימת תיבה + מעגל שיח</w:t>
            </w:r>
          </w:p>
        </w:tc>
      </w:tr>
      <w:tr>
        <w:tc>
          <w:tcPr>
            <w:tcW w:type="dxa" w:w="5103"/>
          </w:tcPr>
          <w:p>
            <w:pPr>
              <w:bidi/>
              <w:spacing w:after="60"/>
              <w:jc w:val="right"/>
            </w:pPr>
            <w:r>
              <w:rPr>
                <w:b/>
                <w:rtl/>
                <w:bCs/>
              </w:rPr>
              <w:t>4 ד׳</w:t>
            </w:r>
          </w:p>
        </w:tc>
        <w:tc>
          <w:tcPr>
            <w:tcW w:type="dxa" w:w="5103"/>
          </w:tcPr>
          <w:p>
            <w:pPr>
              <w:bidi/>
              <w:spacing w:after="60"/>
              <w:jc w:val="right"/>
            </w:pPr>
            <w:r>
              <w:rPr>
                <w:b w:val="0"/>
                <w:rtl/>
              </w:rPr>
              <w:t>🎟️ כרטיס יציאה</w:t>
            </w:r>
          </w:p>
        </w:tc>
      </w:tr>
    </w:tbl>
    <w:p>
      <w:pPr>
        <w:bidi/>
        <w:spacing w:after="60"/>
        <w:jc w:val="right"/>
      </w:pPr>
      <w:r>
        <w:rPr>
          <w:b w:val="0"/>
          <w:sz w:val="20"/>
          <w:rtl/>
          <w:szCs w:val="20"/>
        </w:rPr>
        <w:t>⚡ גרסת 10 דקות: קריאה ← 2 שאלות שחייה ← סימון אחד ← שורה בכרטיס היציאה.</w:t>
      </w:r>
    </w:p>
    <w:p>
      <w:pPr>
        <w:bidi/>
        <w:spacing w:after="60"/>
        <w:jc w:val="right"/>
      </w:pPr>
      <w:r>
        <w:rPr>
          <w:b/>
          <w:sz w:val="26"/>
          <w:rtl/>
          <w:bCs/>
          <w:szCs w:val="26"/>
        </w:rPr>
        <w:t>🔑 תשובות</w:t>
      </w:r>
    </w:p>
    <w:tbl>
      <w:tblPr>
        <w:tblStyle w:val="TableGrid"/>
        <w:tblW w:type="auto" w:w="0"/>
        <w:tblLook w:firstColumn="1" w:firstRow="1" w:lastColumn="0" w:lastRow="0" w:noHBand="0" w:noVBand="1" w:val="04A0"/>
        <w:bidiVisual/>
      </w:tblPr>
      <w:tblGrid>
        <w:gridCol w:w="5103"/>
        <w:gridCol w:w="5103"/>
      </w:tblGrid>
      <w:tr>
        <w:tc>
          <w:tcPr>
            <w:tcW w:type="dxa" w:w="5103"/>
          </w:tcPr>
          <w:p>
            <w:pPr>
              <w:bidi/>
              <w:spacing w:after="60"/>
              <w:jc w:val="right"/>
            </w:pPr>
            <w:r>
              <w:rPr>
                <w:b/>
                <w:rtl/>
                <w:bCs/>
              </w:rPr>
              <w:t>🎒 חט״ב</w:t>
            </w:r>
          </w:p>
        </w:tc>
        <w:tc>
          <w:tcPr>
            <w:tcW w:type="dxa" w:w="5103"/>
          </w:tcPr>
          <w:p>
            <w:pPr>
              <w:bidi/>
              <w:spacing w:after="60"/>
              <w:jc w:val="right"/>
            </w:pPr>
            <w:r>
              <w:rPr>
                <w:b w:val="0"/>
                <w:sz w:val="20"/>
                <w:rtl/>
                <w:szCs w:val="20"/>
              </w:rPr>
              <w:t>שחייה: 1. ארבעים ושלוש · 2. הריב עם האח והקור · 3. מעלה לפעמים גם תמונות לא מושלמות ◆ סימון: "אנחנו משווים את מאחורי הקלעים שלנו" ◆ מיון: 📱 בסטורי: שקיעה כתומה, חיוך גדול, שיער מתבדר ברוח | 🎬 מאחורי הקלעים: 43 ניסיונות צילום, ריב עם האח, עור מוחלק בפילטר ◆ אוצר מילים: פתאום הבנתי</w:t>
            </w:r>
          </w:p>
        </w:tc>
      </w:tr>
      <w:tr>
        <w:tc>
          <w:tcPr>
            <w:tcW w:type="dxa" w:w="5103"/>
          </w:tcPr>
          <w:p>
            <w:pPr>
              <w:bidi/>
              <w:spacing w:after="60"/>
              <w:jc w:val="right"/>
            </w:pPr>
            <w:r>
              <w:rPr>
                <w:b/>
                <w:rtl/>
                <w:bCs/>
              </w:rPr>
              <w:t>🎓 חט״ע</w:t>
            </w:r>
          </w:p>
        </w:tc>
        <w:tc>
          <w:tcPr>
            <w:tcW w:type="dxa" w:w="5103"/>
          </w:tcPr>
          <w:p>
            <w:pPr>
              <w:bidi/>
              <w:spacing w:after="60"/>
              <w:jc w:val="right"/>
            </w:pPr>
            <w:r>
              <w:rPr>
                <w:b w:val="0"/>
                <w:sz w:val="20"/>
                <w:rtl/>
                <w:szCs w:val="20"/>
              </w:rPr>
              <w:t>שחייה: 1. לעורר מודעות להשוואה בין 'מאחורי הקלעים' ל'חלון הראווה' · 2. מרחיבה את הדיון מהאישי לציבורי ומציגה עמדות מנוגדות · 3. ניגוד ◆ סימון: "אנחנו משווים את מאחורי הקלעים שלנו" ◆ מיון: ⚖️ טענה: האחריות מוטלת גם על הרשתות, הרשתות מתוגמלות על כל דקה מול המסך | 🔄 טענת נגד: איש אינו יכול להגן עלינו מפני עצמנו | ✅ מסקנה: מודעות אישית לצד מסגרת ציבורית</w:t>
            </w:r>
          </w:p>
        </w:tc>
      </w:tr>
      <w:tr>
        <w:tc>
          <w:tcPr>
            <w:tcW w:type="dxa" w:w="5103"/>
          </w:tcPr>
          <w:p>
            <w:pPr>
              <w:bidi/>
              <w:spacing w:after="60"/>
              <w:jc w:val="right"/>
            </w:pPr>
            <w:r>
              <w:rPr>
                <w:b/>
                <w:rtl/>
                <w:bCs/>
              </w:rPr>
              <w:t>🧸 יסודי</w:t>
            </w:r>
          </w:p>
        </w:tc>
        <w:tc>
          <w:tcPr>
            <w:tcW w:type="dxa" w:w="5103"/>
          </w:tcPr>
          <w:p>
            <w:pPr>
              <w:bidi/>
              <w:spacing w:after="60"/>
              <w:jc w:val="right"/>
            </w:pPr>
            <w:r>
              <w:rPr>
                <w:b w:val="0"/>
                <w:sz w:val="20"/>
                <w:rtl/>
                <w:szCs w:val="20"/>
              </w:rPr>
              <w:t>שחייה: 1. אוזניים של חתול · 2. עצובה ◆ סימון: "הפילטר הוא משחק" ◆ מיון: 🙂 אמיתי: החיבוק של אמא, החיוך של מאיה בבוקר | 🎭 משחק / פילטר: אוזניים של חתול, עיניים נוצצות בתמונה</w:t>
            </w:r>
          </w:p>
        </w:tc>
      </w:tr>
      <w:tr>
        <w:tc>
          <w:tcPr>
            <w:tcW w:type="dxa" w:w="5103"/>
          </w:tcPr>
          <w:p>
            <w:pPr>
              <w:bidi/>
              <w:spacing w:after="60"/>
              <w:jc w:val="right"/>
            </w:pPr>
            <w:r>
              <w:rPr>
                <w:b/>
                <w:rtl/>
                <w:bCs/>
              </w:rPr>
              <w:t>🟢 עולים</w:t>
            </w:r>
          </w:p>
        </w:tc>
        <w:tc>
          <w:tcPr>
            <w:tcW w:type="dxa" w:w="5103"/>
          </w:tcPr>
          <w:p>
            <w:pPr>
              <w:bidi/>
              <w:spacing w:after="60"/>
              <w:jc w:val="right"/>
            </w:pPr>
            <w:r>
              <w:rPr>
                <w:b w:val="0"/>
                <w:sz w:val="20"/>
                <w:rtl/>
                <w:szCs w:val="20"/>
              </w:rPr>
              <w:t>שחייה: 1. פִילְטֶר · 2. טוֹב ◆ סימון: "זו לא אני באמת" ◆ מילון: פִילְטֶר=filter – שינוי של תמונה · תְּמוּנָה=photo · אֲמִתַּי=real · מַרְגִּישָׁה=feels · לְהַעֲלוֹת=to post / upload</w:t>
            </w:r>
          </w:p>
        </w:tc>
      </w:tr>
      <w:tr>
        <w:tc>
          <w:tcPr>
            <w:tcW w:type="dxa" w:w="5103"/>
          </w:tcPr>
          <w:p>
            <w:pPr>
              <w:bidi/>
              <w:spacing w:after="60"/>
              <w:jc w:val="right"/>
            </w:pPr>
            <w:r>
              <w:rPr>
                <w:b/>
                <w:rtl/>
                <w:bCs/>
              </w:rPr>
              <w:t>🧩 חנ״מ</w:t>
            </w:r>
          </w:p>
        </w:tc>
        <w:tc>
          <w:tcPr>
            <w:tcW w:type="dxa" w:w="5103"/>
          </w:tcPr>
          <w:p>
            <w:pPr>
              <w:bidi/>
              <w:spacing w:after="60"/>
              <w:jc w:val="right"/>
            </w:pPr>
            <w:r>
              <w:rPr>
                <w:b w:val="0"/>
                <w:sz w:val="20"/>
                <w:rtl/>
                <w:szCs w:val="20"/>
              </w:rPr>
              <w:t>תמונות: מצלמת · משחק ◆ מיון: 😊 אמיתי: 🤗 חיבוק, 😄 החיוך שלי | 🎭 פילטר: 🐱 אוזני חתול בתמונה, ✨ נצנצים בתמונה</w:t>
            </w:r>
          </w:p>
        </w:tc>
      </w:tr>
    </w:tbl>
    <w:p>
      <w:pPr>
        <w:bidi/>
        <w:spacing w:after="60"/>
        <w:jc w:val="right"/>
      </w:pPr>
      <w:r>
        <w:rPr>
          <w:b/>
          <w:sz w:val="26"/>
          <w:rtl/>
          <w:bCs/>
          <w:szCs w:val="26"/>
        </w:rPr>
        <w:t>🗣️ מעגל שיח</w:t>
      </w:r>
    </w:p>
    <w:p>
      <w:pPr>
        <w:bidi/>
        <w:spacing w:after="60"/>
        <w:jc w:val="right"/>
      </w:pPr>
      <w:r>
        <w:rPr>
          <w:b w:val="0"/>
          <w:rtl/>
        </w:rPr>
        <w:t>1. מתי השוואה לאחרים עוזרת לנו, ומתי היא פוגעת?</w:t>
      </w:r>
    </w:p>
    <w:p>
      <w:pPr>
        <w:bidi/>
        <w:spacing w:after="60"/>
        <w:jc w:val="right"/>
      </w:pPr>
      <w:r>
        <w:rPr>
          <w:b w:val="0"/>
          <w:rtl/>
        </w:rPr>
        <w:t>2. מה הייתם רוצים שילדים צעירים יידעו על פילטרים?</w:t>
      </w:r>
    </w:p>
    <w:p>
      <w:pPr>
        <w:bidi/>
        <w:spacing w:after="60"/>
        <w:jc w:val="right"/>
      </w:pPr>
      <w:r>
        <w:rPr>
          <w:b w:val="0"/>
          <w:rtl/>
        </w:rPr>
        <w:t>3. איך נראית 'רשת חברתית בריאה' בעיניכם?</w:t>
      </w:r>
    </w:p>
    <w:p>
      <w:pPr>
        <w:bidi/>
        <w:spacing w:after="60"/>
        <w:jc w:val="right"/>
      </w:pPr>
      <w:r>
        <w:rPr>
          <w:b/>
          <w:sz w:val="26"/>
          <w:rtl/>
          <w:bCs/>
          <w:szCs w:val="26"/>
        </w:rPr>
        <w:t>🎬 מתווה מצגת (איורים בסגנון תלת־ממדי חמוד)</w:t>
      </w:r>
    </w:p>
    <w:p>
      <w:pPr>
        <w:bidi/>
        <w:spacing w:after="60"/>
        <w:jc w:val="right"/>
      </w:pPr>
      <w:r>
        <w:rPr>
          <w:b w:val="0"/>
          <w:rtl/>
        </w:rPr>
        <w:t>1. שקופית פתיחה: דמות תלת־ממדית חמודה מול מראה שמראה 'גרסה מושלמת'</w:t>
      </w:r>
    </w:p>
    <w:p>
      <w:pPr>
        <w:bidi/>
        <w:spacing w:after="60"/>
        <w:jc w:val="right"/>
      </w:pPr>
      <w:r>
        <w:rPr>
          <w:b w:val="0"/>
          <w:rtl/>
        </w:rPr>
        <w:t>2. מה רואים בסטורי ומה קורה מאחורי הקלעים</w:t>
      </w:r>
    </w:p>
    <w:p>
      <w:pPr>
        <w:bidi/>
        <w:spacing w:after="60"/>
        <w:jc w:val="right"/>
      </w:pPr>
      <w:r>
        <w:rPr>
          <w:b w:val="0"/>
          <w:rtl/>
        </w:rPr>
        <w:t>3. 3 שאלות לפני שמשווים</w:t>
      </w:r>
    </w:p>
    <w:p>
      <w:pPr>
        <w:bidi/>
        <w:spacing w:after="60"/>
        <w:jc w:val="right"/>
      </w:pPr>
      <w:r>
        <w:rPr>
          <w:b w:val="0"/>
          <w:rtl/>
        </w:rPr>
        <w:t>4. מה מחזק אותי (גש״ר מאח״ד)</w:t>
      </w:r>
    </w:p>
    <w:p>
      <w:pPr>
        <w:bidi/>
        <w:spacing w:after="60"/>
        <w:jc w:val="right"/>
      </w:pPr>
      <w:r>
        <w:rPr>
          <w:b w:val="0"/>
          <w:rtl/>
        </w:rPr>
        <w:t>5. כרטיס יציאה: משפט אחד שלוקחים הביתה</w:t>
      </w:r>
    </w:p>
    <w:p>
      <w:pPr>
        <w:bidi/>
        <w:spacing w:after="60"/>
        <w:jc w:val="right"/>
      </w:pPr>
      <w:r>
        <w:rPr>
          <w:b w:val="0"/>
          <w:color w:val="E65100"/>
          <w:sz w:val="20"/>
          <w:rtl/>
          <w:szCs w:val="20"/>
        </w:rPr>
        <w:t>🛟 מרחב בטוח: תמיכה ולמידה – לא טיפול. מותר לא לשתף. כל דאגה – פונים ליועצת. מודלים: גש״ר מאח״ד · עש״ן ד״ק · מעש״ה.</w:t>
      </w:r>
    </w:p>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אמת מול אשליה ברשת – 🎒 חט״ב</w:t>
      </w:r>
    </w:p>
    <w:p>
      <w:pPr>
        <w:bidi/>
        <w:spacing w:after="60"/>
        <w:jc w:val="right"/>
      </w:pPr>
      <w:r>
        <w:rPr>
          <w:b w:val="0"/>
          <w:color w:val="5B6185"/>
          <w:rtl/>
        </w:rPr>
        <w:t>ערכה להדפסה • לכיתות ז׳–ט׳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הסטורי שלי והחיים שלי</w:t>
            </w:r>
          </w:p>
          <w:p>
            <w:pPr>
              <w:bidi/>
              <w:spacing w:after="60"/>
              <w:jc w:val="right"/>
            </w:pPr>
            <w:r>
              <w:rPr>
                <w:b w:val="0"/>
                <w:color w:val="7E57C2"/>
                <w:sz w:val="18"/>
                <w:rtl/>
                <w:szCs w:val="18"/>
              </w:rPr>
              <w:t>טור אישי בבלוג</w:t>
            </w:r>
          </w:p>
          <w:p>
            <w:pPr>
              <w:bidi/>
              <w:spacing w:after="60"/>
              <w:jc w:val="right"/>
            </w:pPr>
            <w:r>
              <w:rPr>
                <w:b w:val="0"/>
                <w:rtl/>
              </w:rPr>
              <w:t>אני אוהבת לצלם. באמת. אבל בשבוע שעבר קרה לי משהו שגרם לי לחשוב. העליתי סטורי מהחוף: שקיעה כתומה, שיער מתבדר ברוח, חיוך גדול. תוך שעה – עשרות תגובות של לבבות.</w:t>
            </w:r>
          </w:p>
          <w:p>
            <w:pPr>
              <w:bidi/>
              <w:spacing w:after="60"/>
              <w:jc w:val="right"/>
            </w:pPr>
            <w:r>
              <w:rPr>
                <w:b w:val="0"/>
                <w:rtl/>
              </w:rPr>
              <w:t>מה שלא רואים בסטורי: צילמתי ארבעים ושלוש פעמים עד שיצא 'נכון'. הפעלתי פילטר שמחליק את העור ומאיר את העיניים. ובין צילום לצילום רבתי עם אחי, היה לי קר, והחול נכנס לי לכל מקום.</w:t>
            </w:r>
          </w:p>
          <w:p>
            <w:pPr>
              <w:bidi/>
              <w:spacing w:after="60"/>
              <w:jc w:val="right"/>
            </w:pPr>
            <w:r>
              <w:rPr>
                <w:b w:val="0"/>
                <w:rtl/>
              </w:rPr>
              <w:t>בלילה גללתי בסטוריז של אחרים וחשבתי: כולם נראים מושלמים. ואז נפל לי האסימון – גם הם צילמו ארבעים ושלוש פעמים. גם להם היה קר. אנחנו משווים את מאחורי הקלעים שלנו לחלון הראווה של אחרים.</w:t>
            </w:r>
          </w:p>
          <w:p>
            <w:pPr>
              <w:bidi/>
              <w:spacing w:after="60"/>
              <w:jc w:val="right"/>
            </w:pPr>
            <w:r>
              <w:rPr>
                <w:b w:val="0"/>
                <w:rtl/>
              </w:rPr>
              <w:t>אז החלטתי על שלוש שאלות שאני שואלת לפני שאני משווה: מה לא רואים בתמונה? מה הייתי מרגישה אילו הייתי פוגשת את האדם הזה בלי מסך? ומה אני אוהבת בעצמי שאין לו שום קשר לתמונה?</w:t>
            </w:r>
          </w:p>
          <w:p>
            <w:pPr>
              <w:bidi/>
              <w:spacing w:after="60"/>
              <w:jc w:val="right"/>
            </w:pPr>
            <w:r>
              <w:rPr>
                <w:b w:val="0"/>
                <w:rtl/>
              </w:rPr>
              <w:t>אני ממשיכה לצלם. אבל עכשיו, לפעמים, אני מעלה גם תמונה עם שיער מבולגן. מסתבר שגם עליה יש לבבות.</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rtl/>
          <w:bCs/>
        </w:rPr>
        <w:t>1. כמה פעמים צילמה הכותבת עד שהתמונה 'יצאה נכון'?</w:t>
      </w:r>
    </w:p>
    <w:p>
      <w:pPr>
        <w:bidi/>
        <w:spacing w:after="60"/>
        <w:jc w:val="right"/>
      </w:pPr>
      <w:r>
        <w:rPr>
          <w:b w:val="0"/>
          <w:rtl/>
        </w:rPr>
        <w:t>○ ארבע    ○ ארבעים ושלוש    ○ מאה</w:t>
      </w:r>
    </w:p>
    <w:p>
      <w:pPr>
        <w:bidi/>
        <w:spacing w:after="60"/>
        <w:jc w:val="right"/>
      </w:pPr>
      <w:r>
        <w:rPr>
          <w:b/>
          <w:rtl/>
          <w:bCs/>
        </w:rPr>
        <w:t>2. מה לא נראה בסטורי?</w:t>
      </w:r>
    </w:p>
    <w:p>
      <w:pPr>
        <w:bidi/>
        <w:spacing w:after="60"/>
        <w:jc w:val="right"/>
      </w:pPr>
      <w:r>
        <w:rPr>
          <w:b w:val="0"/>
          <w:rtl/>
        </w:rPr>
        <w:t>○ השקיעה הכתומה    ○ הריב עם האח והקור    ○ החיוך</w:t>
      </w:r>
    </w:p>
    <w:p>
      <w:pPr>
        <w:bidi/>
        <w:spacing w:after="60"/>
        <w:jc w:val="right"/>
      </w:pPr>
      <w:r>
        <w:rPr>
          <w:b/>
          <w:rtl/>
          <w:bCs/>
        </w:rPr>
        <w:t>3. מה עושה הכותבת היום?</w:t>
      </w:r>
    </w:p>
    <w:p>
      <w:pPr>
        <w:bidi/>
        <w:spacing w:after="60"/>
        <w:jc w:val="right"/>
      </w:pPr>
      <w:r>
        <w:rPr>
          <w:b w:val="0"/>
          <w:rtl/>
        </w:rPr>
        <w:t>○ הפסיקה לצלם    ○ מעלה לפעמים גם תמונות לא מושלמות    ○ מצלמת רק עם פילטר</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 סמנו בטקסט בצבע את המשפט שמבטא את הרעיון המרכזי של הטור, והעתיקו אותו:</w:t>
      </w:r>
    </w:p>
    <w:p>
      <w:pPr>
        <w:bidi/>
        <w:spacing w:after="60"/>
        <w:jc w:val="right"/>
      </w:pPr>
      <w:r>
        <w:rPr>
          <w:b w:val="0"/>
          <w:color w:val="999999"/>
          <w:rtl/>
        </w:rPr>
        <w:t>______________________________________________________________________</w:t>
      </w:r>
    </w:p>
    <w:p>
      <w:pPr>
        <w:bidi/>
        <w:spacing w:after="60"/>
        <w:jc w:val="right"/>
      </w:pPr>
      <w:r>
        <w:rPr>
          <w:b w:val="0"/>
          <w:color w:val="999999"/>
          <w:rtl/>
        </w:rPr>
        <w:t>______________________________________________________________________</w:t>
      </w:r>
    </w:p>
    <w:p>
      <w:pPr>
        <w:bidi/>
        <w:spacing w:after="60"/>
        <w:jc w:val="right"/>
      </w:pPr>
      <w:r>
        <w:rPr>
          <w:b/>
          <w:rtl/>
          <w:bCs/>
        </w:rPr>
        <w:t>2. 🗂️ מיינו: מה ראו בסטורי ומה קרה מאחורי הקלעים?</w:t>
      </w:r>
    </w:p>
    <w:p>
      <w:pPr>
        <w:bidi/>
        <w:spacing w:after="60"/>
        <w:jc w:val="right"/>
      </w:pPr>
      <w:r>
        <w:rPr>
          <w:b w:val="0"/>
          <w:rtl/>
        </w:rPr>
        <w:t>כרטיסים: שקיעה כתומה · 43 ניסיונות צילום · חיוך גדול · ריב עם האח · עור מוחלק בפילטר · שיער מתבדר ברוח</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DE7F6"/>
          </w:tcPr>
          <w:p>
            <w:pPr>
              <w:bidi/>
              <w:spacing w:after="60"/>
              <w:jc w:val="center"/>
            </w:pPr>
            <w:r>
              <w:rPr>
                <w:b/>
                <w:rtl/>
                <w:bCs/>
              </w:rPr>
              <w:t>📱 בסטורי</w:t>
            </w:r>
          </w:p>
        </w:tc>
        <w:tc>
          <w:tcPr>
            <w:tcW w:type="dxa" w:w="5103"/>
            <w:shd w:val="clear" w:color="auto" w:fill="EDE7F6"/>
          </w:tcPr>
          <w:p>
            <w:pPr>
              <w:bidi/>
              <w:spacing w:after="60"/>
              <w:jc w:val="center"/>
            </w:pPr>
            <w:r>
              <w:rPr>
                <w:b/>
                <w:rtl/>
                <w:bCs/>
              </w:rPr>
              <w:t>🎬 מאחורי הקלעים</w:t>
            </w:r>
          </w:p>
        </w:tc>
      </w:tr>
      <w:tr>
        <w:tc>
          <w:tcPr>
            <w:tcW w:type="dxa" w:w="5103"/>
          </w:tcPr>
          <w:p>
            <w:pPr>
              <w:bidi/>
              <w:spacing w:after="60"/>
              <w:jc w:val="right"/>
            </w:pPr>
          </w:p>
          <w:p>
            <w:pPr>
              <w:bidi/>
              <w:spacing w:after="60"/>
              <w:jc w:val="right"/>
            </w:pPr>
          </w:p>
          <w:p>
            <w:pPr>
              <w:bidi/>
              <w:spacing w:after="60"/>
              <w:jc w:val="right"/>
            </w:pPr>
          </w:p>
          <w:p>
            <w:pPr>
              <w:bidi/>
              <w:spacing w:after="60"/>
              <w:jc w:val="right"/>
            </w:pPr>
          </w:p>
        </w:tc>
        <w:tc>
          <w:tcPr>
            <w:tcW w:type="dxa" w:w="5103"/>
          </w:tcPr>
          <w:p>
            <w:pPr>
              <w:bidi/>
              <w:spacing w:after="60"/>
              <w:jc w:val="right"/>
            </w:pPr>
          </w:p>
          <w:p>
            <w:pPr>
              <w:bidi/>
              <w:spacing w:after="60"/>
              <w:jc w:val="right"/>
            </w:pPr>
          </w:p>
          <w:p>
            <w:pPr>
              <w:bidi/>
              <w:spacing w:after="60"/>
              <w:jc w:val="right"/>
            </w:pPr>
          </w:p>
          <w:p>
            <w:pPr>
              <w:bidi/>
              <w:spacing w:after="60"/>
              <w:jc w:val="right"/>
            </w:pPr>
          </w:p>
        </w:tc>
      </w:tr>
    </w:tbl>
    <w:p>
      <w:pPr>
        <w:bidi/>
        <w:spacing w:after="60"/>
        <w:jc w:val="right"/>
      </w:pPr>
      <w:r>
        <w:rPr>
          <w:b/>
          <w:rtl/>
          <w:bCs/>
        </w:rPr>
        <w:t>3. מה פירוש הביטוי "נפל לי האסימון"?</w:t>
      </w:r>
    </w:p>
    <w:p>
      <w:pPr>
        <w:bidi/>
        <w:spacing w:after="60"/>
        <w:jc w:val="right"/>
      </w:pPr>
      <w:r>
        <w:rPr>
          <w:b w:val="0"/>
          <w:rtl/>
        </w:rPr>
        <w:t>○ הפסדתי כסף    ○ פתאום הבנתי    ○ נבהלתי</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tbl>
      <w:tblPr>
        <w:tblStyle w:val="TableGrid"/>
        <w:tblW w:type="auto" w:w="0"/>
        <w:tblLook w:firstColumn="1" w:firstRow="1" w:lastColumn="0" w:lastRow="0" w:noHBand="0" w:noVBand="1" w:val="04A0"/>
        <w:bidiVisual/>
      </w:tblPr>
      <w:tblGrid>
        <w:gridCol w:w="10206"/>
      </w:tblGrid>
      <w:tr>
        <w:tc>
          <w:tcPr>
            <w:tcW w:type="dxa" w:w="10206"/>
          </w:tcPr>
          <w:p>
            <w:pPr>
              <w:bidi/>
              <w:spacing w:after="60"/>
              <w:jc w:val="right"/>
            </w:pPr>
            <w:r>
              <w:rPr>
                <w:b/>
                <w:rtl/>
                <w:bCs/>
              </w:rPr>
              <w:t>📦 משימת תיבה: כתבו פסקה: האם לדעתכם כדאי להעלות גם תמונות 'לא מושלמות'? נמקו בשני נימוקים. רמז: השתמשו בשאלה אחת מתוך שלוש השאלות של הכותבת.</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tc>
      </w:tr>
    </w:tbl>
    <w:p>
      <w:pPr>
        <w:bidi/>
        <w:spacing w:after="60"/>
        <w:jc w:val="right"/>
      </w:pPr>
      <w:r>
        <w:rPr>
          <w:b w:val="0"/>
          <w:sz w:val="22"/>
          <w:rtl/>
          <w:szCs w:val="22"/>
        </w:rPr>
        <w:t>🗣️ לשיחה בזוגות: מתי השוואה לאחרים עוזרת לנו, ומתי היא פוגעת?</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אמת מול אשליה ברשת     שם: __________</w:t>
            </w:r>
          </w:p>
          <w:p>
            <w:pPr>
              <w:bidi/>
              <w:spacing w:after="60"/>
              <w:jc w:val="right"/>
            </w:pPr>
            <w:r>
              <w:rPr>
                <w:b w:val="0"/>
                <w:rtl/>
              </w:rPr>
              <w:t>דבר אחד שלא רואים בתמונה:</w:t>
            </w:r>
          </w:p>
          <w:p>
            <w:pPr>
              <w:bidi/>
              <w:spacing w:after="60"/>
              <w:jc w:val="right"/>
            </w:pPr>
            <w:r>
              <w:rPr>
                <w:b w:val="0"/>
                <w:color w:val="999999"/>
                <w:rtl/>
              </w:rPr>
              <w:t>____________________________________________________________</w:t>
            </w:r>
          </w:p>
          <w:p>
            <w:pPr>
              <w:bidi/>
              <w:spacing w:after="60"/>
              <w:jc w:val="right"/>
            </w:pPr>
            <w:r>
              <w:rPr>
                <w:b w:val="0"/>
                <w:rtl/>
              </w:rPr>
              <w:t>שאלה אחת שאשאל את עצמי לפני שאני משווה:</w:t>
            </w:r>
          </w:p>
          <w:p>
            <w:pPr>
              <w:bidi/>
              <w:spacing w:after="60"/>
              <w:jc w:val="right"/>
            </w:pPr>
            <w:r>
              <w:rPr>
                <w:b w:val="0"/>
                <w:color w:val="999999"/>
                <w:rtl/>
              </w:rPr>
              <w:t>____________________________________________________________</w:t>
            </w:r>
          </w:p>
          <w:p>
            <w:pPr>
              <w:bidi/>
              <w:spacing w:after="60"/>
              <w:jc w:val="right"/>
            </w:pPr>
            <w:r>
              <w:rPr>
                <w:b w:val="0"/>
                <w:rtl/>
              </w:rPr>
              <w:t>משהו שאני אוהב/ת בעצמי (בלי קשר לתמונה):</w:t>
            </w:r>
          </w:p>
          <w:p>
            <w:pPr>
              <w:bidi/>
              <w:spacing w:after="60"/>
              <w:jc w:val="right"/>
            </w:pPr>
            <w:r>
              <w:rPr>
                <w:b w:val="0"/>
                <w:color w:val="999999"/>
                <w:rtl/>
              </w:rPr>
              <w:t>____________________________________________________________</w:t>
            </w:r>
          </w:p>
        </w:tc>
      </w:tr>
    </w:tbl>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אמת מול אשליה ברשת – 🎓 חט״ע</w:t>
      </w:r>
    </w:p>
    <w:p>
      <w:pPr>
        <w:bidi/>
        <w:spacing w:after="60"/>
        <w:jc w:val="right"/>
      </w:pPr>
      <w:r>
        <w:rPr>
          <w:b w:val="0"/>
          <w:color w:val="5B6185"/>
          <w:rtl/>
        </w:rPr>
        <w:t>ערכה להדפסה • לכיתות י׳–י״ב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הסטורי שלי והחיים שלי</w:t>
            </w:r>
          </w:p>
          <w:p>
            <w:pPr>
              <w:bidi/>
              <w:spacing w:after="60"/>
              <w:jc w:val="right"/>
            </w:pPr>
            <w:r>
              <w:rPr>
                <w:b w:val="0"/>
                <w:color w:val="7E57C2"/>
                <w:sz w:val="18"/>
                <w:rtl/>
                <w:szCs w:val="18"/>
              </w:rPr>
              <w:t>טור אישי בבלוג</w:t>
            </w:r>
          </w:p>
          <w:p>
            <w:pPr>
              <w:bidi/>
              <w:spacing w:after="60"/>
              <w:jc w:val="right"/>
            </w:pPr>
            <w:r>
              <w:rPr>
                <w:b w:val="0"/>
                <w:rtl/>
              </w:rPr>
              <w:t>[1] אני אוהבת לצלם. באמת. אבל בשבוע שעבר קרה לי משהו שגרם לי לחשוב. העליתי סטורי מהחוף: שקיעה כתומה, שיער מתבדר ברוח, חיוך גדול. תוך שעה – עשרות תגובות של לבבות.</w:t>
            </w:r>
          </w:p>
          <w:p>
            <w:pPr>
              <w:bidi/>
              <w:spacing w:after="60"/>
              <w:jc w:val="right"/>
            </w:pPr>
            <w:r>
              <w:rPr>
                <w:b w:val="0"/>
                <w:rtl/>
              </w:rPr>
              <w:t>[2] מה שלא רואים בסטורי: צילמתי ארבעים ושלוש פעמים עד שיצא 'נכון'. הפעלתי פילטר שמחליק את העור ומאיר את העיניים. ובין צילום לצילום רבתי עם אחי, היה לי קר, והחול נכנס לי לכל מקום.</w:t>
            </w:r>
          </w:p>
          <w:p>
            <w:pPr>
              <w:bidi/>
              <w:spacing w:after="60"/>
              <w:jc w:val="right"/>
            </w:pPr>
            <w:r>
              <w:rPr>
                <w:b w:val="0"/>
                <w:rtl/>
              </w:rPr>
              <w:t>[3] בלילה גללתי בסטוריז של אחרים וחשבתי: כולם נראים מושלמים. ואז נפל לי האסימון – גם הם צילמו ארבעים ושלוש פעמים. גם להם היה קר. אנחנו משווים את מאחורי הקלעים שלנו לחלון הראווה של אחרים.</w:t>
            </w:r>
          </w:p>
          <w:p>
            <w:pPr>
              <w:bidi/>
              <w:spacing w:after="60"/>
              <w:jc w:val="right"/>
            </w:pPr>
            <w:r>
              <w:rPr>
                <w:b w:val="0"/>
                <w:rtl/>
              </w:rPr>
              <w:t>[4] אז החלטתי על שלוש שאלות שאני שואלת לפני שאני משווה: מה לא רואים בתמונה? מה הייתי מרגישה אילו הייתי פוגשת את האדם הזה בלי מסך? ומה אני אוהבת בעצמי שאין לו שום קשר לתמונה?</w:t>
            </w:r>
          </w:p>
          <w:p>
            <w:pPr>
              <w:bidi/>
              <w:spacing w:after="60"/>
              <w:jc w:val="right"/>
            </w:pPr>
            <w:r>
              <w:rPr>
                <w:b w:val="0"/>
                <w:rtl/>
              </w:rPr>
              <w:t>[5] אני ממשיכה לצלם. אבל עכשיו, לפעמים, אני מעלה גם תמונה עם שיער מבולגן. מסתבר שגם עליה יש לבבות.</w:t>
            </w:r>
          </w:p>
          <w:p>
            <w:pPr>
              <w:bidi/>
              <w:spacing w:after="60"/>
              <w:jc w:val="right"/>
            </w:pPr>
            <w:r>
              <w:rPr>
                <w:b w:val="0"/>
                <w:rtl/>
              </w:rPr>
              <w:t>[6] ובכל זאת, נשאלת השאלה אם הפתרון הוא רק אישי. יש הטוענים שהאחריות מוטלת גם על הרשתות עצמן, המתוגמלות על כל דקה שבה אנו נשארים מול המסך, ועל כן מעודדות תוכן מלוטש ומושווה. לעומתם, יש הסבורים שאיש אינו יכול להגן עלינו מפני עצמנו, ושחינוך לצריכה ביקורתית חשוב יותר מכל חוק. נראה כי האמת נמצאת באמצע: מודעות אישית לצד מסגרת ציבורית שמחייבת, למשל, סימון תמונות שעברו עיבוד.</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rtl/>
          <w:bCs/>
        </w:rPr>
        <w:t>1. מהי מטרתה העיקרית של הכותבת בטור?</w:t>
      </w:r>
    </w:p>
    <w:p>
      <w:pPr>
        <w:bidi/>
        <w:spacing w:after="60"/>
        <w:jc w:val="right"/>
      </w:pPr>
      <w:r>
        <w:rPr>
          <w:b w:val="0"/>
          <w:rtl/>
        </w:rPr>
        <w:t>○ לשכנע להפסיק להשתמש ברשת    ○ לעורר מודעות להשוואה בין 'מאחורי הקלעים' ל'חלון הראווה'    ○ ללמד איך לצלם שקיעה</w:t>
      </w:r>
    </w:p>
    <w:p>
      <w:pPr>
        <w:bidi/>
        <w:spacing w:after="60"/>
        <w:jc w:val="right"/>
      </w:pPr>
      <w:r>
        <w:rPr>
          <w:b/>
          <w:rtl/>
          <w:bCs/>
        </w:rPr>
        <w:t>2. מה תפקידה של הפסקה האחרונה ("ובכל זאת...") במבנה הטקסט?</w:t>
      </w:r>
    </w:p>
    <w:p>
      <w:pPr>
        <w:bidi/>
        <w:spacing w:after="60"/>
        <w:jc w:val="right"/>
      </w:pPr>
      <w:r>
        <w:rPr>
          <w:b w:val="0"/>
          <w:rtl/>
        </w:rPr>
        <w:t>○ מסכמת את הסיפור האישי בלבד    ○ מרחיבה את הדיון מהאישי לציבורי ומציגה עמדות מנוגדות    ○ מביאה דוגמה נוספת לצילום</w:t>
      </w:r>
    </w:p>
    <w:p>
      <w:pPr>
        <w:bidi/>
        <w:spacing w:after="60"/>
        <w:jc w:val="right"/>
      </w:pPr>
      <w:r>
        <w:rPr>
          <w:b/>
          <w:rtl/>
          <w:bCs/>
        </w:rPr>
        <w:t>3. מה היחס הלוגי שמבטאת המילה "לעומתם"?</w:t>
      </w:r>
    </w:p>
    <w:p>
      <w:pPr>
        <w:bidi/>
        <w:spacing w:after="60"/>
        <w:jc w:val="right"/>
      </w:pPr>
      <w:r>
        <w:rPr>
          <w:b w:val="0"/>
          <w:rtl/>
        </w:rPr>
        <w:t>○ ניגוד    ○ סיבה    ○ תוצאה</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 סמנו בטקסט בצבע את המשפט שמבטא את הרעיון המרכזי של הטור, והעתיקו אותו:</w:t>
      </w:r>
    </w:p>
    <w:p>
      <w:pPr>
        <w:bidi/>
        <w:spacing w:after="60"/>
        <w:jc w:val="right"/>
      </w:pPr>
      <w:r>
        <w:rPr>
          <w:b w:val="0"/>
          <w:color w:val="999999"/>
          <w:rtl/>
        </w:rPr>
        <w:t>______________________________________________________________________</w:t>
      </w:r>
    </w:p>
    <w:p>
      <w:pPr>
        <w:bidi/>
        <w:spacing w:after="60"/>
        <w:jc w:val="right"/>
      </w:pPr>
      <w:r>
        <w:rPr>
          <w:b w:val="0"/>
          <w:color w:val="999999"/>
          <w:rtl/>
        </w:rPr>
        <w:t>______________________________________________________________________</w:t>
      </w:r>
    </w:p>
    <w:p>
      <w:pPr>
        <w:bidi/>
        <w:spacing w:after="60"/>
        <w:jc w:val="right"/>
      </w:pPr>
      <w:r>
        <w:rPr>
          <w:b/>
          <w:rtl/>
          <w:bCs/>
        </w:rPr>
        <w:t>2. 🗂️ מיינו את המשפטים לפי תפקידם בטיעון</w:t>
      </w:r>
    </w:p>
    <w:p>
      <w:pPr>
        <w:bidi/>
        <w:spacing w:after="60"/>
        <w:jc w:val="right"/>
      </w:pPr>
      <w:r>
        <w:rPr>
          <w:b w:val="0"/>
          <w:rtl/>
        </w:rPr>
        <w:t>כרטיסים: האחריות מוטלת גם על הרשתות · איש אינו יכול להגן עלינו מפני עצמנו · מודעות אישית לצד מסגרת ציבורית · הרשתות מתוגמלות על כל דקה מול המסך</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DE7F6"/>
          </w:tcPr>
          <w:p>
            <w:pPr>
              <w:bidi/>
              <w:spacing w:after="60"/>
              <w:jc w:val="center"/>
            </w:pPr>
            <w:r>
              <w:rPr>
                <w:b/>
                <w:rtl/>
                <w:bCs/>
              </w:rPr>
              <w:t>⚖️ טענה</w:t>
            </w:r>
          </w:p>
        </w:tc>
        <w:tc>
          <w:tcPr>
            <w:tcW w:type="dxa" w:w="3402"/>
            <w:shd w:val="clear" w:color="auto" w:fill="EDE7F6"/>
          </w:tcPr>
          <w:p>
            <w:pPr>
              <w:bidi/>
              <w:spacing w:after="60"/>
              <w:jc w:val="center"/>
            </w:pPr>
            <w:r>
              <w:rPr>
                <w:b/>
                <w:rtl/>
                <w:bCs/>
              </w:rPr>
              <w:t>🔄 טענת נגד</w:t>
            </w:r>
          </w:p>
        </w:tc>
        <w:tc>
          <w:tcPr>
            <w:tcW w:type="dxa" w:w="3402"/>
            <w:shd w:val="clear" w:color="auto" w:fill="EDE7F6"/>
          </w:tcPr>
          <w:p>
            <w:pPr>
              <w:bidi/>
              <w:spacing w:after="60"/>
              <w:jc w:val="center"/>
            </w:pPr>
            <w:r>
              <w:rPr>
                <w:b/>
                <w:rtl/>
                <w:bCs/>
              </w:rPr>
              <w:t>✅ מסקנה</w:t>
            </w:r>
          </w:p>
        </w:tc>
      </w:tr>
      <w:tr>
        <w:tc>
          <w:tcPr>
            <w:tcW w:type="dxa" w:w="3402"/>
          </w:tcPr>
          <w:p>
            <w:pPr>
              <w:bidi/>
              <w:spacing w:after="60"/>
              <w:jc w:val="right"/>
            </w:pPr>
          </w:p>
          <w:p>
            <w:pPr>
              <w:bidi/>
              <w:spacing w:after="60"/>
              <w:jc w:val="right"/>
            </w:pPr>
          </w:p>
          <w:p>
            <w:pPr>
              <w:bidi/>
              <w:spacing w:after="60"/>
              <w:jc w:val="right"/>
            </w:pPr>
          </w:p>
          <w:p>
            <w:pPr>
              <w:bidi/>
              <w:spacing w:after="60"/>
              <w:jc w:val="right"/>
            </w:pPr>
          </w:p>
        </w:tc>
        <w:tc>
          <w:tcPr>
            <w:tcW w:type="dxa" w:w="3402"/>
          </w:tcPr>
          <w:p>
            <w:pPr>
              <w:bidi/>
              <w:spacing w:after="60"/>
              <w:jc w:val="right"/>
            </w:pPr>
          </w:p>
          <w:p>
            <w:pPr>
              <w:bidi/>
              <w:spacing w:after="60"/>
              <w:jc w:val="right"/>
            </w:pPr>
          </w:p>
          <w:p>
            <w:pPr>
              <w:bidi/>
              <w:spacing w:after="60"/>
              <w:jc w:val="right"/>
            </w:pPr>
          </w:p>
          <w:p>
            <w:pPr>
              <w:bidi/>
              <w:spacing w:after="60"/>
              <w:jc w:val="right"/>
            </w:pPr>
          </w:p>
        </w:tc>
        <w:tc>
          <w:tcPr>
            <w:tcW w:type="dxa" w:w="3402"/>
          </w:tcPr>
          <w:p>
            <w:pPr>
              <w:bidi/>
              <w:spacing w:after="60"/>
              <w:jc w:val="right"/>
            </w:pPr>
          </w:p>
          <w:p>
            <w:pPr>
              <w:bidi/>
              <w:spacing w:after="60"/>
              <w:jc w:val="right"/>
            </w:pPr>
          </w:p>
          <w:p>
            <w:pPr>
              <w:bidi/>
              <w:spacing w:after="60"/>
              <w:jc w:val="right"/>
            </w:pPr>
          </w:p>
          <w:p>
            <w:pPr>
              <w:bidi/>
              <w:spacing w:after="60"/>
              <w:jc w:val="right"/>
            </w:pP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tbl>
      <w:tblPr>
        <w:tblStyle w:val="TableGrid"/>
        <w:tblW w:type="auto" w:w="0"/>
        <w:tblLook w:firstColumn="1" w:firstRow="1" w:lastColumn="0" w:lastRow="0" w:noHBand="0" w:noVBand="1" w:val="04A0"/>
        <w:bidiVisual/>
      </w:tblPr>
      <w:tblGrid>
        <w:gridCol w:w="10206"/>
      </w:tblGrid>
      <w:tr>
        <w:tc>
          <w:tcPr>
            <w:tcW w:type="dxa" w:w="10206"/>
          </w:tcPr>
          <w:p>
            <w:pPr>
              <w:bidi/>
              <w:spacing w:after="60"/>
              <w:jc w:val="right"/>
            </w:pPr>
            <w:r>
              <w:rPr>
                <w:b/>
                <w:rtl/>
                <w:bCs/>
              </w:rPr>
              <w:t>📦 משימת תיבה: כתבו מאמר טיעון קצר (8–10 שורות): 'האם יש לחייב סימון של תמונות שעברו עיבוד?' – טענה, שני נימוקים, טענת נגד והפרכתה, מסקנה. השתמשו בשלוש מילות קישור לפחות.</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tc>
      </w:tr>
    </w:tbl>
    <w:p>
      <w:pPr>
        <w:bidi/>
        <w:spacing w:after="60"/>
        <w:jc w:val="right"/>
      </w:pPr>
      <w:r>
        <w:rPr>
          <w:b w:val="0"/>
          <w:sz w:val="22"/>
          <w:rtl/>
          <w:szCs w:val="22"/>
        </w:rPr>
        <w:t>🗣️ לשיחה בזוגות: מתי השוואה לאחרים עוזרת לנו, ומתי היא פוגעת?</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אמת מול אשליה ברשת     שם: __________</w:t>
            </w:r>
          </w:p>
          <w:p>
            <w:pPr>
              <w:bidi/>
              <w:spacing w:after="60"/>
              <w:jc w:val="right"/>
            </w:pPr>
            <w:r>
              <w:rPr>
                <w:b w:val="0"/>
                <w:rtl/>
              </w:rPr>
              <w:t>דבר אחד שלא רואים בתמונה:</w:t>
            </w:r>
          </w:p>
          <w:p>
            <w:pPr>
              <w:bidi/>
              <w:spacing w:after="60"/>
              <w:jc w:val="right"/>
            </w:pPr>
            <w:r>
              <w:rPr>
                <w:b w:val="0"/>
                <w:color w:val="999999"/>
                <w:rtl/>
              </w:rPr>
              <w:t>____________________________________________________________</w:t>
            </w:r>
          </w:p>
          <w:p>
            <w:pPr>
              <w:bidi/>
              <w:spacing w:after="60"/>
              <w:jc w:val="right"/>
            </w:pPr>
            <w:r>
              <w:rPr>
                <w:b w:val="0"/>
                <w:rtl/>
              </w:rPr>
              <w:t>שאלה אחת שאשאל את עצמי לפני שאני משווה:</w:t>
            </w:r>
          </w:p>
          <w:p>
            <w:pPr>
              <w:bidi/>
              <w:spacing w:after="60"/>
              <w:jc w:val="right"/>
            </w:pPr>
            <w:r>
              <w:rPr>
                <w:b w:val="0"/>
                <w:color w:val="999999"/>
                <w:rtl/>
              </w:rPr>
              <w:t>____________________________________________________________</w:t>
            </w:r>
          </w:p>
          <w:p>
            <w:pPr>
              <w:bidi/>
              <w:spacing w:after="60"/>
              <w:jc w:val="right"/>
            </w:pPr>
            <w:r>
              <w:rPr>
                <w:b w:val="0"/>
                <w:rtl/>
              </w:rPr>
              <w:t>משהו שאני אוהב/ת בעצמי (בלי קשר לתמונה):</w:t>
            </w:r>
          </w:p>
          <w:p>
            <w:pPr>
              <w:bidi/>
              <w:spacing w:after="60"/>
              <w:jc w:val="right"/>
            </w:pPr>
            <w:r>
              <w:rPr>
                <w:b w:val="0"/>
                <w:color w:val="999999"/>
                <w:rtl/>
              </w:rPr>
              <w:t>____________________________________________________________</w:t>
            </w:r>
          </w:p>
        </w:tc>
      </w:tr>
    </w:tbl>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אמת מול אשליה ברשת – 🧸 יסודי</w:t>
      </w:r>
    </w:p>
    <w:p>
      <w:pPr>
        <w:bidi/>
        <w:spacing w:after="60"/>
        <w:jc w:val="right"/>
      </w:pPr>
      <w:r>
        <w:rPr>
          <w:b w:val="0"/>
          <w:color w:val="5B6185"/>
          <w:rtl/>
        </w:rPr>
        <w:t>ערכה להדפסה • לכיתות ג׳–ו׳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המראה של מאיה</w:t>
            </w:r>
          </w:p>
          <w:p>
            <w:pPr>
              <w:bidi/>
              <w:spacing w:after="60"/>
              <w:jc w:val="right"/>
            </w:pPr>
            <w:r>
              <w:rPr>
                <w:b w:val="0"/>
                <w:color w:val="7E57C2"/>
                <w:sz w:val="18"/>
                <w:rtl/>
                <w:szCs w:val="18"/>
              </w:rPr>
              <w:t>טור אישי בבלוג</w:t>
            </w:r>
          </w:p>
          <w:p>
            <w:pPr>
              <w:bidi/>
              <w:spacing w:after="60"/>
              <w:jc w:val="right"/>
            </w:pPr>
            <w:r>
              <w:rPr>
                <w:b w:val="0"/>
                <w:sz w:val="26"/>
                <w:rtl/>
                <w:szCs w:val="26"/>
              </w:rPr>
              <w:t>מאיה צילמה תמונה עם פילטר. בתמונה היו לה עיניים נוצצות ואוזניים של חתול.</w:t>
            </w:r>
          </w:p>
          <w:p>
            <w:pPr>
              <w:bidi/>
              <w:spacing w:after="60"/>
              <w:jc w:val="right"/>
            </w:pPr>
            <w:r>
              <w:rPr>
                <w:b w:val="0"/>
                <w:sz w:val="26"/>
                <w:rtl/>
                <w:szCs w:val="26"/>
              </w:rPr>
              <w:t>כל החברים כתבו לה: "וואו! איזו יפה!"</w:t>
            </w:r>
          </w:p>
          <w:p>
            <w:pPr>
              <w:bidi/>
              <w:spacing w:after="60"/>
              <w:jc w:val="right"/>
            </w:pPr>
            <w:r>
              <w:rPr>
                <w:b w:val="0"/>
                <w:sz w:val="26"/>
                <w:rtl/>
                <w:szCs w:val="26"/>
              </w:rPr>
              <w:t>אבל בערב מאיה הסתכלה במראה ופתאום הרגישה עצובה. "אני לא נראית כמו בתמונה", חשבה.</w:t>
            </w:r>
          </w:p>
          <w:p>
            <w:pPr>
              <w:bidi/>
              <w:spacing w:after="60"/>
              <w:jc w:val="right"/>
            </w:pPr>
            <w:r>
              <w:rPr>
                <w:b w:val="0"/>
                <w:sz w:val="26"/>
                <w:rtl/>
                <w:szCs w:val="26"/>
              </w:rPr>
              <w:t>אמא שלה חיבקה אותה ואמרה: "הפילטר הוא משחק. את – את אמיתית, וזה הכי יפה."</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sz w:val="26"/>
          <w:rtl/>
          <w:bCs/>
          <w:szCs w:val="26"/>
        </w:rPr>
        <w:t>1. מה היה בפילטר של מאיה?</w:t>
      </w:r>
    </w:p>
    <w:p>
      <w:pPr>
        <w:bidi/>
        <w:spacing w:after="60"/>
        <w:jc w:val="right"/>
      </w:pPr>
      <w:r>
        <w:rPr>
          <w:b w:val="0"/>
          <w:sz w:val="26"/>
          <w:rtl/>
          <w:szCs w:val="26"/>
        </w:rPr>
        <w:t>○ אוזניים של חתול    ○ כובע של ליצן    ○ משקפיים גדולים</w:t>
      </w:r>
    </w:p>
    <w:p>
      <w:pPr>
        <w:bidi/>
        <w:spacing w:after="60"/>
        <w:jc w:val="right"/>
      </w:pPr>
      <w:r>
        <w:rPr>
          <w:b/>
          <w:sz w:val="26"/>
          <w:rtl/>
          <w:bCs/>
          <w:szCs w:val="26"/>
        </w:rPr>
        <w:t>2. איך מאיה הרגישה מול המראה?</w:t>
      </w:r>
    </w:p>
    <w:p>
      <w:pPr>
        <w:bidi/>
        <w:spacing w:after="60"/>
        <w:jc w:val="right"/>
      </w:pPr>
      <w:r>
        <w:rPr>
          <w:b w:val="0"/>
          <w:sz w:val="26"/>
          <w:rtl/>
          <w:szCs w:val="26"/>
        </w:rPr>
        <w:t>○ שמחה    ○ עצובה    ○ כועסת</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 סמנו בטקסט בצבע את המשפט שבו אמא מסבירה מה זה פילטר, והעתיקו אותו:</w:t>
      </w:r>
    </w:p>
    <w:p>
      <w:pPr>
        <w:bidi/>
        <w:spacing w:after="60"/>
        <w:jc w:val="right"/>
      </w:pPr>
      <w:r>
        <w:rPr>
          <w:b w:val="0"/>
          <w:color w:val="999999"/>
          <w:rtl/>
        </w:rPr>
        <w:t>______________________________________________________________________</w:t>
      </w:r>
    </w:p>
    <w:p>
      <w:pPr>
        <w:bidi/>
        <w:spacing w:after="60"/>
        <w:jc w:val="right"/>
      </w:pPr>
      <w:r>
        <w:rPr>
          <w:b/>
          <w:rtl/>
          <w:bCs/>
        </w:rPr>
        <w:t>2. 🗂️ מה אמיתי ומה משחק?</w:t>
      </w:r>
    </w:p>
    <w:p>
      <w:pPr>
        <w:bidi/>
        <w:spacing w:after="60"/>
        <w:jc w:val="right"/>
      </w:pPr>
      <w:r>
        <w:rPr>
          <w:b w:val="0"/>
          <w:rtl/>
        </w:rPr>
        <w:t>כרטיסים: אוזניים של חתול · החיבוק של אמא · עיניים נוצצות בתמונה · החיוך של מאיה בבוקר</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DE7F6"/>
          </w:tcPr>
          <w:p>
            <w:pPr>
              <w:bidi/>
              <w:spacing w:after="60"/>
              <w:jc w:val="center"/>
            </w:pPr>
            <w:r>
              <w:rPr>
                <w:b/>
                <w:rtl/>
                <w:bCs/>
              </w:rPr>
              <w:t>🙂 אמיתי</w:t>
            </w:r>
          </w:p>
        </w:tc>
        <w:tc>
          <w:tcPr>
            <w:tcW w:type="dxa" w:w="5103"/>
            <w:shd w:val="clear" w:color="auto" w:fill="EDE7F6"/>
          </w:tcPr>
          <w:p>
            <w:pPr>
              <w:bidi/>
              <w:spacing w:after="60"/>
              <w:jc w:val="center"/>
            </w:pPr>
            <w:r>
              <w:rPr>
                <w:b/>
                <w:rtl/>
                <w:bCs/>
              </w:rPr>
              <w:t>🎭 משחק / פילטר</w:t>
            </w:r>
          </w:p>
        </w:tc>
      </w:tr>
      <w:tr>
        <w:tc>
          <w:tcPr>
            <w:tcW w:type="dxa" w:w="5103"/>
          </w:tcPr>
          <w:p>
            <w:pPr>
              <w:bidi/>
              <w:spacing w:after="60"/>
              <w:jc w:val="right"/>
            </w:pPr>
          </w:p>
          <w:p>
            <w:pPr>
              <w:bidi/>
              <w:spacing w:after="60"/>
              <w:jc w:val="right"/>
            </w:pPr>
          </w:p>
          <w:p>
            <w:pPr>
              <w:bidi/>
              <w:spacing w:after="60"/>
              <w:jc w:val="right"/>
            </w:pPr>
          </w:p>
          <w:p>
            <w:pPr>
              <w:bidi/>
              <w:spacing w:after="60"/>
              <w:jc w:val="right"/>
            </w:pPr>
          </w:p>
        </w:tc>
        <w:tc>
          <w:tcPr>
            <w:tcW w:type="dxa" w:w="5103"/>
          </w:tcPr>
          <w:p>
            <w:pPr>
              <w:bidi/>
              <w:spacing w:after="60"/>
              <w:jc w:val="right"/>
            </w:pPr>
          </w:p>
          <w:p>
            <w:pPr>
              <w:bidi/>
              <w:spacing w:after="60"/>
              <w:jc w:val="right"/>
            </w:pPr>
          </w:p>
          <w:p>
            <w:pPr>
              <w:bidi/>
              <w:spacing w:after="60"/>
              <w:jc w:val="right"/>
            </w:pPr>
          </w:p>
          <w:p>
            <w:pPr>
              <w:bidi/>
              <w:spacing w:after="60"/>
              <w:jc w:val="right"/>
            </w:pP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tbl>
      <w:tblPr>
        <w:tblStyle w:val="TableGrid"/>
        <w:tblW w:type="auto" w:w="0"/>
        <w:tblLook w:firstColumn="1" w:firstRow="1" w:lastColumn="0" w:lastRow="0" w:noHBand="0" w:noVBand="1" w:val="04A0"/>
        <w:bidiVisual/>
      </w:tblPr>
      <w:tblGrid>
        <w:gridCol w:w="10206"/>
      </w:tblGrid>
      <w:tr>
        <w:tc>
          <w:tcPr>
            <w:tcW w:type="dxa" w:w="10206"/>
          </w:tcPr>
          <w:p>
            <w:pPr>
              <w:bidi/>
              <w:spacing w:after="60"/>
              <w:jc w:val="right"/>
            </w:pPr>
            <w:r>
              <w:rPr>
                <w:b/>
                <w:rtl/>
                <w:bCs/>
              </w:rPr>
              <w:t>📦 משימת תיבה: מה הייתם אומרים למאיה כדי שתרגיש טוב? כתבו או ציירו.</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tc>
      </w:tr>
    </w:tbl>
    <w:p>
      <w:pPr>
        <w:bidi/>
        <w:spacing w:after="60"/>
        <w:jc w:val="right"/>
      </w:pPr>
      <w:r>
        <w:rPr>
          <w:b w:val="0"/>
          <w:sz w:val="22"/>
          <w:rtl/>
          <w:szCs w:val="22"/>
        </w:rPr>
        <w:t>🗣️ לשיחה בזוגות: מתי השוואה לאחרים עוזרת לנו, ומתי היא פוגעת?</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אמת מול אשליה ברשת     שם: __________</w:t>
            </w:r>
          </w:p>
          <w:p>
            <w:pPr>
              <w:bidi/>
              <w:spacing w:after="60"/>
              <w:jc w:val="right"/>
            </w:pPr>
            <w:r>
              <w:rPr>
                <w:b w:val="0"/>
                <w:rtl/>
              </w:rPr>
              <w:t>דבר אחד שלא רואים בתמונה:</w:t>
            </w:r>
          </w:p>
          <w:p>
            <w:pPr>
              <w:bidi/>
              <w:spacing w:after="60"/>
              <w:jc w:val="right"/>
            </w:pPr>
            <w:r>
              <w:rPr>
                <w:b w:val="0"/>
                <w:color w:val="999999"/>
                <w:rtl/>
              </w:rPr>
              <w:t>____________________________________________________________</w:t>
            </w:r>
          </w:p>
          <w:p>
            <w:pPr>
              <w:bidi/>
              <w:spacing w:after="60"/>
              <w:jc w:val="right"/>
            </w:pPr>
            <w:r>
              <w:rPr>
                <w:b w:val="0"/>
                <w:rtl/>
              </w:rPr>
              <w:t>שאלה אחת שאשאל את עצמי לפני שאני משווה:</w:t>
            </w:r>
          </w:p>
          <w:p>
            <w:pPr>
              <w:bidi/>
              <w:spacing w:after="60"/>
              <w:jc w:val="right"/>
            </w:pPr>
            <w:r>
              <w:rPr>
                <w:b w:val="0"/>
                <w:color w:val="999999"/>
                <w:rtl/>
              </w:rPr>
              <w:t>____________________________________________________________</w:t>
            </w:r>
          </w:p>
          <w:p>
            <w:pPr>
              <w:bidi/>
              <w:spacing w:after="60"/>
              <w:jc w:val="right"/>
            </w:pPr>
            <w:r>
              <w:rPr>
                <w:b w:val="0"/>
                <w:rtl/>
              </w:rPr>
              <w:t>משהו שאני אוהב/ת בעצמי (בלי קשר לתמונה):</w:t>
            </w:r>
          </w:p>
          <w:p>
            <w:pPr>
              <w:bidi/>
              <w:spacing w:after="60"/>
              <w:jc w:val="right"/>
            </w:pPr>
            <w:r>
              <w:rPr>
                <w:b w:val="0"/>
                <w:color w:val="999999"/>
                <w:rtl/>
              </w:rPr>
              <w:t>____________________________________________________________</w:t>
            </w:r>
          </w:p>
        </w:tc>
      </w:tr>
    </w:tbl>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אמת מול אשליה ברשת – 🟢 עולים</w:t>
      </w:r>
    </w:p>
    <w:p>
      <w:pPr>
        <w:bidi/>
        <w:spacing w:after="60"/>
        <w:jc w:val="right"/>
      </w:pPr>
      <w:r>
        <w:rPr>
          <w:b w:val="0"/>
          <w:color w:val="5B6185"/>
          <w:rtl/>
        </w:rPr>
        <w:t>ערכה להדפסה • לכיתות קליטה ואולפן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אמת מול אשליה ברשת</w:t>
            </w:r>
          </w:p>
          <w:p>
            <w:pPr>
              <w:bidi/>
              <w:spacing w:after="60"/>
              <w:jc w:val="right"/>
            </w:pPr>
            <w:r>
              <w:rPr>
                <w:b w:val="0"/>
                <w:color w:val="7E57C2"/>
                <w:sz w:val="18"/>
                <w:rtl/>
                <w:szCs w:val="18"/>
              </w:rPr>
              <w:t>טור אישי בבלוג</w:t>
            </w:r>
          </w:p>
          <w:p>
            <w:pPr>
              <w:bidi/>
              <w:spacing w:after="60"/>
              <w:jc w:val="right"/>
            </w:pPr>
            <w:r>
              <w:rPr>
                <w:b w:val="0"/>
                <w:sz w:val="26"/>
                <w:rtl/>
                <w:szCs w:val="26"/>
              </w:rPr>
              <w:t>נֹעָה מַעֲלָה תְּמוּנָה לָרֶשֶׁת.</w:t>
            </w:r>
          </w:p>
          <w:p>
            <w:pPr>
              <w:bidi/>
              <w:spacing w:after="60"/>
              <w:jc w:val="right"/>
            </w:pPr>
            <w:r>
              <w:rPr>
                <w:b w:val="0"/>
                <w:sz w:val="26"/>
                <w:rtl/>
                <w:szCs w:val="26"/>
              </w:rPr>
              <w:t>בַּתְּמוּנָה יֵשׁ פִילְטֶר. הַפָּנִים שֶׁלָּהּ נִרְאוֹת אֲחֵרוֹת.</w:t>
            </w:r>
          </w:p>
          <w:p>
            <w:pPr>
              <w:bidi/>
              <w:spacing w:after="60"/>
              <w:jc w:val="right"/>
            </w:pPr>
            <w:r>
              <w:rPr>
                <w:b w:val="0"/>
                <w:sz w:val="26"/>
                <w:rtl/>
                <w:szCs w:val="26"/>
              </w:rPr>
              <w:t>כֻּלָּם כּוֹתְבִים: "יָפֶה מְאוֹד!"</w:t>
            </w:r>
          </w:p>
          <w:p>
            <w:pPr>
              <w:bidi/>
              <w:spacing w:after="60"/>
              <w:jc w:val="right"/>
            </w:pPr>
            <w:r>
              <w:rPr>
                <w:b w:val="0"/>
                <w:sz w:val="26"/>
                <w:rtl/>
                <w:szCs w:val="26"/>
              </w:rPr>
              <w:t>אֲבָל נֹעָה חוֹשֶׁבֶת: "זוֹ לֹא אֲנִי בֶּאֱמֶת."</w:t>
            </w:r>
          </w:p>
          <w:p>
            <w:pPr>
              <w:bidi/>
              <w:spacing w:after="60"/>
              <w:jc w:val="right"/>
            </w:pPr>
            <w:r>
              <w:rPr>
                <w:b w:val="0"/>
                <w:sz w:val="26"/>
                <w:rtl/>
                <w:szCs w:val="26"/>
              </w:rPr>
              <w:t>הִיא מַעֲלָה תְּמוּנָה חֲדָשָׁה, בְּלִי פִילְטֶר. הִיא מַרְגִּישָׁה טוֹב.</w:t>
            </w:r>
          </w:p>
        </w:tc>
      </w:tr>
    </w:tbl>
    <w:p>
      <w:pPr>
        <w:bidi/>
        <w:spacing w:after="60"/>
        <w:jc w:val="right"/>
      </w:pPr>
      <w:r>
        <w:rPr>
          <w:b w:val="0"/>
          <w:sz w:val="22"/>
          <w:rtl/>
          <w:szCs w:val="22"/>
        </w:rPr>
        <w:t>🟢 מחסן מילים: פִילְטֶר (filter – שינוי של תמונה) · תְּמוּנָה (photo) · אֲמִתַּי (real) · מַרְגִּישָׁה (feels) · לְהַעֲלוֹת (to post / upload)</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sz w:val="26"/>
          <w:rtl/>
          <w:bCs/>
          <w:szCs w:val="26"/>
        </w:rPr>
        <w:t>1. מָה יֵשׁ בַּתְּמוּנָה הָרִאשׁוֹנָה?</w:t>
      </w:r>
    </w:p>
    <w:p>
      <w:pPr>
        <w:bidi/>
        <w:spacing w:after="60"/>
        <w:jc w:val="right"/>
      </w:pPr>
      <w:r>
        <w:rPr>
          <w:b w:val="0"/>
          <w:sz w:val="26"/>
          <w:rtl/>
          <w:szCs w:val="26"/>
        </w:rPr>
        <w:t>○ פִילְטֶר    ○ חָתוּל    ○ יָם</w:t>
      </w:r>
    </w:p>
    <w:p>
      <w:pPr>
        <w:bidi/>
        <w:spacing w:after="60"/>
        <w:jc w:val="right"/>
      </w:pPr>
      <w:r>
        <w:rPr>
          <w:b/>
          <w:sz w:val="26"/>
          <w:rtl/>
          <w:bCs/>
          <w:szCs w:val="26"/>
        </w:rPr>
        <w:t>2. אֵיךְ נֹעָה מַרְגִּישָׁה בַּסּוֹף?</w:t>
      </w:r>
    </w:p>
    <w:p>
      <w:pPr>
        <w:bidi/>
        <w:spacing w:after="60"/>
        <w:jc w:val="right"/>
      </w:pPr>
      <w:r>
        <w:rPr>
          <w:b w:val="0"/>
          <w:sz w:val="26"/>
          <w:rtl/>
          <w:szCs w:val="26"/>
        </w:rPr>
        <w:t>○ רַע    ○ טוֹב    ○ עֲיֵפָה</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מתחו קו בין המילה לפירוש:</w:t>
      </w:r>
    </w:p>
    <w:tbl>
      <w:tblPr>
        <w:tblStyle w:val="TableGrid"/>
        <w:tblW w:type="auto" w:w="0"/>
        <w:tblLook w:firstColumn="1" w:firstRow="1" w:lastColumn="0" w:lastRow="0" w:noHBand="0" w:noVBand="1" w:val="04A0"/>
        <w:bidiVisual/>
      </w:tblPr>
      <w:tblGrid>
        <w:gridCol w:w="5103"/>
        <w:gridCol w:w="5103"/>
      </w:tblGrid>
      <w:tr>
        <w:tc>
          <w:tcPr>
            <w:tcW w:type="dxa" w:w="5103"/>
          </w:tcPr>
          <w:p>
            <w:pPr>
              <w:bidi/>
              <w:spacing w:after="60"/>
              <w:jc w:val="right"/>
            </w:pPr>
            <w:r>
              <w:rPr>
                <w:b w:val="0"/>
                <w:sz w:val="26"/>
                <w:rtl/>
                <w:szCs w:val="26"/>
              </w:rPr>
              <w:t>פִילְטֶר</w:t>
            </w:r>
          </w:p>
        </w:tc>
        <w:tc>
          <w:tcPr>
            <w:tcW w:type="dxa" w:w="5103"/>
          </w:tcPr>
          <w:p>
            <w:pPr>
              <w:bidi/>
              <w:spacing w:after="60"/>
              <w:jc w:val="right"/>
            </w:pPr>
            <w:r>
              <w:rPr>
                <w:b w:val="0"/>
                <w:rtl/>
              </w:rPr>
              <w:t>real</w:t>
            </w:r>
          </w:p>
        </w:tc>
      </w:tr>
      <w:tr>
        <w:tc>
          <w:tcPr>
            <w:tcW w:type="dxa" w:w="5103"/>
          </w:tcPr>
          <w:p>
            <w:pPr>
              <w:bidi/>
              <w:spacing w:after="60"/>
              <w:jc w:val="right"/>
            </w:pPr>
            <w:r>
              <w:rPr>
                <w:b w:val="0"/>
                <w:sz w:val="26"/>
                <w:rtl/>
                <w:szCs w:val="26"/>
              </w:rPr>
              <w:t>תְּמוּנָה</w:t>
            </w:r>
          </w:p>
        </w:tc>
        <w:tc>
          <w:tcPr>
            <w:tcW w:type="dxa" w:w="5103"/>
          </w:tcPr>
          <w:p>
            <w:pPr>
              <w:bidi/>
              <w:spacing w:after="60"/>
              <w:jc w:val="right"/>
            </w:pPr>
            <w:r>
              <w:rPr>
                <w:b w:val="0"/>
                <w:rtl/>
              </w:rPr>
              <w:t>feels</w:t>
            </w:r>
          </w:p>
        </w:tc>
      </w:tr>
      <w:tr>
        <w:tc>
          <w:tcPr>
            <w:tcW w:type="dxa" w:w="5103"/>
          </w:tcPr>
          <w:p>
            <w:pPr>
              <w:bidi/>
              <w:spacing w:after="60"/>
              <w:jc w:val="right"/>
            </w:pPr>
            <w:r>
              <w:rPr>
                <w:b w:val="0"/>
                <w:sz w:val="26"/>
                <w:rtl/>
                <w:szCs w:val="26"/>
              </w:rPr>
              <w:t>אֲמִתַּי</w:t>
            </w:r>
          </w:p>
        </w:tc>
        <w:tc>
          <w:tcPr>
            <w:tcW w:type="dxa" w:w="5103"/>
          </w:tcPr>
          <w:p>
            <w:pPr>
              <w:bidi/>
              <w:spacing w:after="60"/>
              <w:jc w:val="right"/>
            </w:pPr>
            <w:r>
              <w:rPr>
                <w:b w:val="0"/>
                <w:rtl/>
              </w:rPr>
              <w:t>to post / upload</w:t>
            </w:r>
          </w:p>
        </w:tc>
      </w:tr>
      <w:tr>
        <w:tc>
          <w:tcPr>
            <w:tcW w:type="dxa" w:w="5103"/>
          </w:tcPr>
          <w:p>
            <w:pPr>
              <w:bidi/>
              <w:spacing w:after="60"/>
              <w:jc w:val="right"/>
            </w:pPr>
            <w:r>
              <w:rPr>
                <w:b w:val="0"/>
                <w:sz w:val="26"/>
                <w:rtl/>
                <w:szCs w:val="26"/>
              </w:rPr>
              <w:t>מַרְגִּישָׁה</w:t>
            </w:r>
          </w:p>
        </w:tc>
        <w:tc>
          <w:tcPr>
            <w:tcW w:type="dxa" w:w="5103"/>
          </w:tcPr>
          <w:p>
            <w:pPr>
              <w:bidi/>
              <w:spacing w:after="60"/>
              <w:jc w:val="right"/>
            </w:pPr>
            <w:r>
              <w:rPr>
                <w:b w:val="0"/>
                <w:rtl/>
              </w:rPr>
              <w:t>filter – שינוי של תמונה</w:t>
            </w:r>
          </w:p>
        </w:tc>
      </w:tr>
      <w:tr>
        <w:tc>
          <w:tcPr>
            <w:tcW w:type="dxa" w:w="5103"/>
          </w:tcPr>
          <w:p>
            <w:pPr>
              <w:bidi/>
              <w:spacing w:after="60"/>
              <w:jc w:val="right"/>
            </w:pPr>
            <w:r>
              <w:rPr>
                <w:b w:val="0"/>
                <w:sz w:val="26"/>
                <w:rtl/>
                <w:szCs w:val="26"/>
              </w:rPr>
              <w:t>לְהַעֲלוֹת</w:t>
            </w:r>
          </w:p>
        </w:tc>
        <w:tc>
          <w:tcPr>
            <w:tcW w:type="dxa" w:w="5103"/>
          </w:tcPr>
          <w:p>
            <w:pPr>
              <w:bidi/>
              <w:spacing w:after="60"/>
              <w:jc w:val="right"/>
            </w:pPr>
            <w:r>
              <w:rPr>
                <w:b w:val="0"/>
                <w:rtl/>
              </w:rPr>
              <w:t>photo</w:t>
            </w:r>
          </w:p>
        </w:tc>
      </w:tr>
    </w:tbl>
    <w:p>
      <w:pPr>
        <w:bidi/>
        <w:spacing w:after="60"/>
        <w:jc w:val="right"/>
      </w:pPr>
      <w:r>
        <w:rPr>
          <w:b/>
          <w:rtl/>
          <w:bCs/>
        </w:rPr>
        <w:t>2. 🖍️ לָחֲצוּ עַל הַמִּשְׁפָּט: מָה נֹעָה חוֹשֶׁבֶת?, והעתיקו אותו:</w:t>
      </w:r>
    </w:p>
    <w:p>
      <w:pPr>
        <w:bidi/>
        <w:spacing w:after="60"/>
        <w:jc w:val="right"/>
      </w:pPr>
      <w:r>
        <w:rPr>
          <w:b w:val="0"/>
          <w:color w:val="999999"/>
          <w:rtl/>
        </w:rPr>
        <w:t>______________________________________________________________________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tbl>
      <w:tblPr>
        <w:tblStyle w:val="TableGrid"/>
        <w:tblW w:type="auto" w:w="0"/>
        <w:tblLook w:firstColumn="1" w:firstRow="1" w:lastColumn="0" w:lastRow="0" w:noHBand="0" w:noVBand="1" w:val="04A0"/>
        <w:bidiVisual/>
      </w:tblPr>
      <w:tblGrid>
        <w:gridCol w:w="10206"/>
      </w:tblGrid>
      <w:tr>
        <w:tc>
          <w:tcPr>
            <w:tcW w:type="dxa" w:w="10206"/>
          </w:tcPr>
          <w:p>
            <w:pPr>
              <w:bidi/>
              <w:spacing w:after="60"/>
              <w:jc w:val="right"/>
            </w:pPr>
            <w:r>
              <w:rPr>
                <w:b/>
                <w:rtl/>
                <w:bCs/>
              </w:rPr>
              <w:t>📦 משימת תיבה: הִשְׁלִימוּ: אֲנִי אוֹהֵב/ת בְּעַצְמִי ש... (אֶפְשָׁר לִכְתֹּב גַּם בַּשָּׂפָה שֶׁלָּכֶם)</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p>
            <w:pPr>
              <w:bidi/>
              <w:spacing w:after="60"/>
              <w:jc w:val="right"/>
            </w:pPr>
            <w:r>
              <w:rPr>
                <w:b w:val="0"/>
                <w:color w:val="999999"/>
                <w:rtl/>
              </w:rPr>
              <w:t>__________________________________________________________________</w:t>
            </w:r>
          </w:p>
        </w:tc>
      </w:tr>
    </w:tbl>
    <w:p>
      <w:pPr>
        <w:bidi/>
        <w:spacing w:after="60"/>
        <w:jc w:val="right"/>
      </w:pPr>
      <w:r>
        <w:rPr>
          <w:b w:val="0"/>
          <w:sz w:val="22"/>
          <w:rtl/>
          <w:szCs w:val="22"/>
        </w:rPr>
        <w:t>🗣️ לשיחה בזוגות: מתי השוואה לאחרים עוזרת לנו, ומתי היא פוגעת?</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אמת מול אשליה ברשת     שם: __________</w:t>
            </w:r>
          </w:p>
          <w:p>
            <w:pPr>
              <w:bidi/>
              <w:spacing w:after="60"/>
              <w:jc w:val="right"/>
            </w:pPr>
            <w:r>
              <w:rPr>
                <w:b w:val="0"/>
                <w:rtl/>
              </w:rPr>
              <w:t>דבר אחד שלא רואים בתמונה:</w:t>
            </w:r>
          </w:p>
          <w:p>
            <w:pPr>
              <w:bidi/>
              <w:spacing w:after="60"/>
              <w:jc w:val="right"/>
            </w:pPr>
            <w:r>
              <w:rPr>
                <w:b w:val="0"/>
                <w:color w:val="999999"/>
                <w:rtl/>
              </w:rPr>
              <w:t>____________________________________________________________</w:t>
            </w:r>
          </w:p>
          <w:p>
            <w:pPr>
              <w:bidi/>
              <w:spacing w:after="60"/>
              <w:jc w:val="right"/>
            </w:pPr>
            <w:r>
              <w:rPr>
                <w:b w:val="0"/>
                <w:rtl/>
              </w:rPr>
              <w:t>שאלה אחת שאשאל את עצמי לפני שאני משווה:</w:t>
            </w:r>
          </w:p>
          <w:p>
            <w:pPr>
              <w:bidi/>
              <w:spacing w:after="60"/>
              <w:jc w:val="right"/>
            </w:pPr>
            <w:r>
              <w:rPr>
                <w:b w:val="0"/>
                <w:color w:val="999999"/>
                <w:rtl/>
              </w:rPr>
              <w:t>____________________________________________________________</w:t>
            </w:r>
          </w:p>
          <w:p>
            <w:pPr>
              <w:bidi/>
              <w:spacing w:after="60"/>
              <w:jc w:val="right"/>
            </w:pPr>
            <w:r>
              <w:rPr>
                <w:b w:val="0"/>
                <w:rtl/>
              </w:rPr>
              <w:t>משהו שאני אוהב/ת בעצמי (בלי קשר לתמונה):</w:t>
            </w:r>
          </w:p>
          <w:p>
            <w:pPr>
              <w:bidi/>
              <w:spacing w:after="60"/>
              <w:jc w:val="right"/>
            </w:pPr>
            <w:r>
              <w:rPr>
                <w:b w:val="0"/>
                <w:color w:val="999999"/>
                <w:rtl/>
              </w:rPr>
              <w:t>____________________________________________________________</w:t>
            </w:r>
          </w:p>
        </w:tc>
      </w:tr>
    </w:tbl>
    <w:p>
      <w:r>
        <w:br w:type="page"/>
      </w:r>
    </w:p>
    <w:p>
      <w:pPr>
        <w:bidi/>
        <w:spacing w:after="60"/>
        <w:jc w:val="right"/>
      </w:pPr>
      <w:r>
        <w:rPr>
          <w:b/>
          <w:color w:val="6A5CFF"/>
          <w:sz w:val="18"/>
          <w:rtl/>
          <w:bCs/>
          <w:szCs w:val="18"/>
        </w:rPr>
        <w:t>📖 קוראים את העולם שלנו</w:t>
      </w:r>
    </w:p>
    <w:p>
      <w:pPr>
        <w:bidi/>
        <w:spacing w:after="60"/>
        <w:jc w:val="right"/>
      </w:pPr>
      <w:r>
        <w:rPr>
          <w:b/>
          <w:color w:val="1B2A5A"/>
          <w:sz w:val="36"/>
          <w:rtl/>
          <w:bCs/>
          <w:szCs w:val="36"/>
        </w:rPr>
        <w:t>🪞 אמת מול אשליה ברשת – 🧩 חנ״מ</w:t>
      </w:r>
    </w:p>
    <w:p>
      <w:pPr>
        <w:bidi/>
        <w:spacing w:after="60"/>
        <w:jc w:val="right"/>
      </w:pPr>
      <w:r>
        <w:rPr>
          <w:b w:val="0"/>
          <w:color w:val="5B6185"/>
          <w:rtl/>
        </w:rPr>
        <w:t>ערכה להדפסה • לחינוך המיוחד • קריאה והבנה</w:t>
      </w:r>
    </w:p>
    <w:p>
      <w:pPr>
        <w:bidi/>
        <w:spacing w:after="60"/>
        <w:jc w:val="right"/>
      </w:pPr>
      <w:r>
        <w:rPr>
          <w:b/>
          <w:rtl/>
          <w:bCs/>
        </w:rPr>
        <w:t>שם: ____________________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AF9FF"/>
          </w:tcPr>
          <w:p>
            <w:pPr>
              <w:bidi/>
              <w:spacing w:after="60"/>
              <w:jc w:val="right"/>
            </w:pPr>
            <w:r>
              <w:rPr>
                <w:b/>
                <w:sz w:val="28"/>
                <w:rtl/>
                <w:bCs/>
                <w:szCs w:val="28"/>
              </w:rPr>
              <w:t>אמת מול אשליה ברשת</w:t>
            </w:r>
          </w:p>
          <w:p>
            <w:pPr>
              <w:bidi/>
              <w:spacing w:after="60"/>
              <w:jc w:val="right"/>
            </w:pPr>
            <w:r>
              <w:rPr>
                <w:b w:val="0"/>
                <w:color w:val="7E57C2"/>
                <w:sz w:val="18"/>
                <w:rtl/>
                <w:szCs w:val="18"/>
              </w:rPr>
              <w:t>טור אישי בבלוג</w:t>
            </w:r>
          </w:p>
          <w:p>
            <w:pPr>
              <w:bidi/>
              <w:spacing w:after="60"/>
              <w:jc w:val="right"/>
            </w:pPr>
            <w:r>
              <w:rPr>
                <w:b w:val="0"/>
                <w:sz w:val="30"/>
                <w:rtl/>
                <w:szCs w:val="30"/>
              </w:rPr>
              <w:t>🤳 דנה מצלמת תמונה.</w:t>
            </w:r>
          </w:p>
          <w:p>
            <w:pPr>
              <w:bidi/>
              <w:spacing w:after="60"/>
              <w:jc w:val="right"/>
            </w:pPr>
            <w:r>
              <w:rPr>
                <w:b w:val="0"/>
                <w:sz w:val="30"/>
                <w:rtl/>
                <w:szCs w:val="30"/>
              </w:rPr>
              <w:t>🎭 יש פילטר. זה משחק.</w:t>
            </w:r>
          </w:p>
          <w:p>
            <w:pPr>
              <w:bidi/>
              <w:spacing w:after="60"/>
              <w:jc w:val="right"/>
            </w:pPr>
            <w:r>
              <w:rPr>
                <w:b w:val="0"/>
                <w:sz w:val="30"/>
                <w:rtl/>
                <w:szCs w:val="30"/>
              </w:rPr>
              <w:t>😊 דנה אמיתית. דנה יפה.</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א׳ – 🏊 שחייה על פני השטח</w:t>
            </w:r>
          </w:p>
        </w:tc>
      </w:tr>
    </w:tbl>
    <w:p>
      <w:pPr>
        <w:bidi/>
        <w:spacing w:after="60"/>
        <w:jc w:val="right"/>
      </w:pPr>
      <w:r>
        <w:rPr>
          <w:b w:val="0"/>
          <w:color w:val="5B6185"/>
          <w:sz w:val="20"/>
          <w:rtl/>
          <w:szCs w:val="20"/>
        </w:rPr>
        <w:t>מאתרים מידע שכתוב בטקסט במפורש. הקיפו את התשובה הנכונה.</w:t>
      </w:r>
    </w:p>
    <w:p>
      <w:pPr>
        <w:bidi/>
        <w:spacing w:after="60"/>
        <w:jc w:val="right"/>
      </w:pPr>
      <w:r>
        <w:rPr>
          <w:b/>
          <w:sz w:val="30"/>
          <w:rtl/>
          <w:bCs/>
          <w:szCs w:val="30"/>
        </w:rPr>
        <w:t>1. מה דנה עושה?</w:t>
      </w:r>
    </w:p>
    <w:p>
      <w:pPr>
        <w:bidi/>
        <w:spacing w:after="60"/>
        <w:jc w:val="right"/>
      </w:pPr>
      <w:r>
        <w:rPr>
          <w:b w:val="0"/>
          <w:sz w:val="30"/>
          <w:rtl/>
          <w:szCs w:val="30"/>
        </w:rPr>
        <w:t>○ 🤳 מצלמת     ○ ⚽ משחקת כדור     ○ 🍕 אוכלת</w:t>
      </w:r>
    </w:p>
    <w:p>
      <w:pPr>
        <w:bidi/>
        <w:spacing w:after="60"/>
        <w:jc w:val="right"/>
      </w:pPr>
      <w:r>
        <w:rPr>
          <w:b/>
          <w:sz w:val="30"/>
          <w:rtl/>
          <w:bCs/>
          <w:szCs w:val="30"/>
        </w:rPr>
        <w:t>2. פילטר הוא...</w:t>
      </w:r>
    </w:p>
    <w:p>
      <w:pPr>
        <w:bidi/>
        <w:spacing w:after="60"/>
        <w:jc w:val="right"/>
      </w:pPr>
      <w:r>
        <w:rPr>
          <w:b w:val="0"/>
          <w:sz w:val="30"/>
          <w:rtl/>
          <w:szCs w:val="30"/>
        </w:rPr>
        <w:t>○ 🎭 משחק     ○ 🦁 אריה     ○ 🏠 בית</w:t>
      </w:r>
    </w:p>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ב׳ – 🤿 צלילה</w:t>
            </w:r>
          </w:p>
        </w:tc>
      </w:tr>
    </w:tbl>
    <w:p>
      <w:pPr>
        <w:bidi/>
        <w:spacing w:after="60"/>
        <w:jc w:val="right"/>
      </w:pPr>
      <w:r>
        <w:rPr>
          <w:b w:val="0"/>
          <w:color w:val="5B6185"/>
          <w:sz w:val="20"/>
          <w:rtl/>
          <w:szCs w:val="20"/>
        </w:rPr>
        <w:t>מסיקים, מחברים, בודקים מבנה ושפה.</w:t>
      </w:r>
    </w:p>
    <w:p>
      <w:pPr>
        <w:bidi/>
        <w:spacing w:after="60"/>
        <w:jc w:val="right"/>
      </w:pPr>
      <w:r>
        <w:rPr>
          <w:b/>
          <w:rtl/>
          <w:bCs/>
        </w:rPr>
        <w:t>1. 🗂️ מה אמיתי?</w:t>
      </w:r>
    </w:p>
    <w:p>
      <w:pPr>
        <w:bidi/>
        <w:spacing w:after="60"/>
        <w:jc w:val="right"/>
      </w:pPr>
      <w:r>
        <w:rPr>
          <w:b w:val="0"/>
          <w:rtl/>
        </w:rPr>
        <w:t>כרטיסים: 🐱 אוזני חתול בתמונה · 🤗 חיבוק · ✨ נצנצים בתמונה · 😄 החיוך שלי</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DE7F6"/>
          </w:tcPr>
          <w:p>
            <w:pPr>
              <w:bidi/>
              <w:spacing w:after="60"/>
              <w:jc w:val="center"/>
            </w:pPr>
            <w:r>
              <w:rPr>
                <w:b/>
                <w:rtl/>
                <w:bCs/>
              </w:rPr>
              <w:t>😊 אמיתי</w:t>
            </w:r>
          </w:p>
        </w:tc>
        <w:tc>
          <w:tcPr>
            <w:tcW w:type="dxa" w:w="5103"/>
            <w:shd w:val="clear" w:color="auto" w:fill="EDE7F6"/>
          </w:tcPr>
          <w:p>
            <w:pPr>
              <w:bidi/>
              <w:spacing w:after="60"/>
              <w:jc w:val="center"/>
            </w:pPr>
            <w:r>
              <w:rPr>
                <w:b/>
                <w:rtl/>
                <w:bCs/>
              </w:rPr>
              <w:t>🎭 פילטר</w:t>
            </w:r>
          </w:p>
        </w:tc>
      </w:tr>
      <w:tr>
        <w:tc>
          <w:tcPr>
            <w:tcW w:type="dxa" w:w="5103"/>
          </w:tcPr>
          <w:p>
            <w:pPr>
              <w:bidi/>
              <w:spacing w:after="60"/>
              <w:jc w:val="right"/>
            </w:pPr>
          </w:p>
          <w:p>
            <w:pPr>
              <w:bidi/>
              <w:spacing w:after="60"/>
              <w:jc w:val="right"/>
            </w:pPr>
          </w:p>
          <w:p>
            <w:pPr>
              <w:bidi/>
              <w:spacing w:after="60"/>
              <w:jc w:val="right"/>
            </w:pPr>
          </w:p>
          <w:p>
            <w:pPr>
              <w:bidi/>
              <w:spacing w:after="60"/>
              <w:jc w:val="right"/>
            </w:pPr>
          </w:p>
        </w:tc>
        <w:tc>
          <w:tcPr>
            <w:tcW w:type="dxa" w:w="5103"/>
          </w:tcPr>
          <w:p>
            <w:pPr>
              <w:bidi/>
              <w:spacing w:after="60"/>
              <w:jc w:val="right"/>
            </w:pPr>
          </w:p>
          <w:p>
            <w:pPr>
              <w:bidi/>
              <w:spacing w:after="60"/>
              <w:jc w:val="right"/>
            </w:pPr>
          </w:p>
          <w:p>
            <w:pPr>
              <w:bidi/>
              <w:spacing w:after="60"/>
              <w:jc w:val="right"/>
            </w:pPr>
          </w:p>
          <w:p>
            <w:pPr>
              <w:bidi/>
              <w:spacing w:after="60"/>
              <w:jc w:val="right"/>
            </w:pP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DDE3FF"/>
          </w:tcPr>
          <w:p>
            <w:pPr>
              <w:bidi/>
              <w:spacing w:after="60"/>
              <w:jc w:val="right"/>
            </w:pPr>
            <w:r>
              <w:rPr>
                <w:b/>
                <w:sz w:val="26"/>
                <w:rtl/>
                <w:bCs/>
                <w:szCs w:val="26"/>
              </w:rPr>
              <w:t>חלק ג׳ – 🐠 מעמקים</w:t>
            </w:r>
          </w:p>
        </w:tc>
      </w:tr>
    </w:tbl>
    <w:p>
      <w:pPr>
        <w:bidi/>
        <w:spacing w:after="60"/>
        <w:jc w:val="right"/>
      </w:pPr>
      <w:r>
        <w:rPr>
          <w:b w:val="0"/>
          <w:color w:val="5B6185"/>
          <w:sz w:val="20"/>
          <w:rtl/>
          <w:szCs w:val="20"/>
        </w:rPr>
        <w:t>חושבים, מביעים עמדה ויוצרים. אין תשובה אחת נכונה.</w:t>
      </w:r>
    </w:p>
    <w:p>
      <w:pPr>
        <w:bidi/>
        <w:spacing w:after="60"/>
        <w:jc w:val="right"/>
      </w:pPr>
      <w:r>
        <w:rPr>
          <w:b/>
          <w:sz w:val="30"/>
          <w:rtl/>
          <w:bCs/>
          <w:szCs w:val="30"/>
        </w:rPr>
        <w:t>💬 מה אני אוהב/ת בעצמי? (הקיפו)</w:t>
      </w:r>
    </w:p>
    <w:p>
      <w:pPr>
        <w:bidi/>
        <w:spacing w:after="60"/>
        <w:jc w:val="right"/>
      </w:pPr>
      <w:r>
        <w:rPr>
          <w:b w:val="0"/>
          <w:sz w:val="30"/>
          <w:rtl/>
          <w:szCs w:val="30"/>
        </w:rPr>
        <w:t>○ אני חבר/ה טוב/ה   ○ אני מצחיק/ה   ○ אני עוזר/ת   ○ אני יודע/ת לצייר   ○ אני אמיץ/ה</w:t>
      </w:r>
    </w:p>
    <w:p>
      <w:pPr>
        <w:bidi/>
        <w:spacing w:after="60"/>
        <w:jc w:val="right"/>
      </w:pPr>
      <w:r>
        <w:rPr>
          <w:b w:val="0"/>
          <w:sz w:val="30"/>
          <w:rtl/>
          <w:szCs w:val="30"/>
        </w:rPr>
        <w:t>איך אני מרגיש/ה?  😊   😐   😢   😡   🤩</w:t>
      </w:r>
    </w:p>
    <w:p>
      <w:pPr>
        <w:bidi/>
        <w:spacing w:after="60"/>
        <w:jc w:val="right"/>
      </w:pPr>
      <w:r>
        <w:rPr>
          <w:b w:val="0"/>
          <w:color w:val="FF8F00"/>
          <w:rtl/>
        </w:rPr>
        <w:t>✂️ - - - - - - - - - - - - - - - - - - - - - - - - - - - - - - - - - - - - - - -</w:t>
      </w:r>
    </w:p>
    <w:tbl>
      <w:tblPr>
        <w:tblStyle w:val="TableGrid"/>
        <w:tblW w:type="auto" w:w="0"/>
        <w:tblLook w:firstColumn="1" w:firstRow="1" w:lastColumn="0" w:lastRow="0" w:noHBand="0" w:noVBand="1" w:val="04A0"/>
        <w:bidiVisual/>
      </w:tblPr>
      <w:tblGrid>
        <w:gridCol w:w="10206"/>
      </w:tblGrid>
      <w:tr>
        <w:tc>
          <w:tcPr>
            <w:tcW w:type="dxa" w:w="10206"/>
            <w:shd w:val="clear" w:color="auto" w:fill="FFFDF3"/>
          </w:tcPr>
          <w:p>
            <w:pPr>
              <w:bidi/>
              <w:spacing w:after="60"/>
              <w:jc w:val="right"/>
            </w:pPr>
            <w:r>
              <w:rPr>
                <w:b/>
                <w:rtl/>
                <w:bCs/>
              </w:rPr>
              <w:t>🎟️ כרטיס יציאה · אמת מול אשליה ברשת     שם: __________</w:t>
            </w:r>
          </w:p>
          <w:p>
            <w:pPr>
              <w:bidi/>
              <w:spacing w:after="60"/>
              <w:jc w:val="right"/>
            </w:pPr>
            <w:r>
              <w:rPr>
                <w:b w:val="0"/>
                <w:rtl/>
              </w:rPr>
              <w:t>דבר אחד שלא רואים בתמונה:</w:t>
            </w:r>
          </w:p>
          <w:p>
            <w:pPr>
              <w:bidi/>
              <w:spacing w:after="60"/>
              <w:jc w:val="right"/>
            </w:pPr>
            <w:r>
              <w:rPr>
                <w:b w:val="0"/>
                <w:color w:val="999999"/>
                <w:rtl/>
              </w:rPr>
              <w:t>____________________________________________________________</w:t>
            </w:r>
          </w:p>
          <w:p>
            <w:pPr>
              <w:bidi/>
              <w:spacing w:after="60"/>
              <w:jc w:val="right"/>
            </w:pPr>
            <w:r>
              <w:rPr>
                <w:b w:val="0"/>
                <w:rtl/>
              </w:rPr>
              <w:t>שאלה אחת שאשאל את עצמי לפני שאני משווה:</w:t>
            </w:r>
          </w:p>
          <w:p>
            <w:pPr>
              <w:bidi/>
              <w:spacing w:after="60"/>
              <w:jc w:val="right"/>
            </w:pPr>
            <w:r>
              <w:rPr>
                <w:b w:val="0"/>
                <w:color w:val="999999"/>
                <w:rtl/>
              </w:rPr>
              <w:t>____________________________________________________________</w:t>
            </w:r>
          </w:p>
          <w:p>
            <w:pPr>
              <w:bidi/>
              <w:spacing w:after="60"/>
              <w:jc w:val="right"/>
            </w:pPr>
            <w:r>
              <w:rPr>
                <w:b w:val="0"/>
                <w:rtl/>
              </w:rPr>
              <w:t>משהו שאני אוהב/ת בעצמי (בלי קשר לתמונה):</w:t>
            </w:r>
          </w:p>
          <w:p>
            <w:pPr>
              <w:bidi/>
              <w:spacing w:after="60"/>
              <w:jc w:val="right"/>
            </w:pPr>
            <w:r>
              <w:rPr>
                <w:b w:val="0"/>
                <w:color w:val="999999"/>
                <w:rtl/>
              </w:rPr>
              <w:t>____________________________________________________________</w:t>
            </w:r>
          </w:p>
        </w:tc>
      </w:tr>
    </w:tbl>
    <w:sectPr w:rsidR="00FC693F" w:rsidRPr="0006063C" w:rsidSect="00034616">
      <w:footerReference w:type="default" r:id="rId9"/>
      <w:pgSz w:w="11906" w:h="16838"/>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r>
      <w:rPr>
        <w:sz w:val="18"/>
        <w:rtl/>
      </w:rPr>
      <w:t>יצרה: רוית ראש בן ישי · קוראים את העולם שלנו</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